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A05191" w14:textId="77777777" w:rsidR="00477D22" w:rsidRDefault="000E1D2E">
      <w:pPr>
        <w:spacing w:before="120" w:after="40" w:line="240" w:lineRule="auto"/>
        <w:jc w:val="center"/>
      </w:pPr>
      <w:r>
        <w:rPr>
          <w:b/>
          <w:sz w:val="36"/>
        </w:rPr>
        <w:t>Arkusz danych do uzgodnienia instalacji fotowoltaicznej</w:t>
      </w:r>
    </w:p>
    <w:p w14:paraId="0765EAD1" w14:textId="77777777" w:rsidR="00477D22" w:rsidRDefault="000E1D2E">
      <w:pPr>
        <w:spacing w:after="40" w:line="264" w:lineRule="auto"/>
        <w:jc w:val="center"/>
      </w:pPr>
      <w:r>
        <w:rPr>
          <w:color w:val="595959"/>
          <w:sz w:val="21"/>
        </w:rPr>
        <w:t>Wypełniony arkusz przyspiesza uzgodnienie projektu z rzeczoznawcą do spraw zabezpieczeń przeciwpożarowych</w:t>
      </w:r>
    </w:p>
    <w:p w14:paraId="6BEDFDCF" w14:textId="77777777" w:rsidR="00477D22" w:rsidRDefault="000E1D2E">
      <w:pPr>
        <w:pBdr>
          <w:bottom w:val="single" w:sz="18" w:space="2" w:color="E7A80F"/>
        </w:pBdr>
        <w:spacing w:before="40" w:after="160" w:line="240" w:lineRule="auto"/>
      </w:pPr>
      <w:r>
        <w:rPr>
          <w:sz w:val="4"/>
        </w:rPr>
        <w:t xml:space="preserve"> </w:t>
      </w:r>
    </w:p>
    <w:p w14:paraId="242EDCA5" w14:textId="77777777" w:rsidR="00477D22" w:rsidRDefault="000E1D2E">
      <w:pPr>
        <w:spacing w:after="160" w:line="288" w:lineRule="auto"/>
        <w:jc w:val="both"/>
      </w:pPr>
      <w:r>
        <w:rPr>
          <w:color w:val="595959"/>
          <w:sz w:val="20"/>
        </w:rPr>
        <w:t xml:space="preserve">Arkusz wypełnia inwestor, projektant lub instalator. Pola nieistotne dla danej </w:t>
      </w:r>
      <w:r>
        <w:rPr>
          <w:color w:val="595959"/>
          <w:sz w:val="20"/>
        </w:rPr>
        <w:t>inwestycji należy opisać jako nie dotyczy. Arkusz wraz z załącznikami prosimy przesłać na adres biuro@ppoz-online.pl.</w:t>
      </w:r>
    </w:p>
    <w:tbl>
      <w:tblPr>
        <w:tblW w:w="0" w:type="auto"/>
        <w:jc w:val="center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6" w:space="0" w:color="BFBFBF"/>
          <w:insideV w:val="single" w:sz="6" w:space="0" w:color="BFBF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4082"/>
        <w:gridCol w:w="5556"/>
      </w:tblGrid>
      <w:tr w:rsidR="00477D22" w14:paraId="2F5E7E67" w14:textId="77777777">
        <w:trPr>
          <w:cantSplit/>
          <w:trHeight w:val="311"/>
          <w:jc w:val="center"/>
        </w:trPr>
        <w:tc>
          <w:tcPr>
            <w:tcW w:w="9638" w:type="dxa"/>
            <w:gridSpan w:val="2"/>
            <w:shd w:val="clear" w:color="auto" w:fill="FCF3DC"/>
          </w:tcPr>
          <w:p w14:paraId="34D375E4" w14:textId="77777777" w:rsidR="00477D22" w:rsidRDefault="000E1D2E">
            <w:pPr>
              <w:keepNext/>
              <w:spacing w:before="40" w:after="40" w:line="240" w:lineRule="auto"/>
            </w:pPr>
            <w:r>
              <w:rPr>
                <w:b/>
                <w:caps/>
                <w:sz w:val="20"/>
              </w:rPr>
              <w:t>A. Zamawiający</w:t>
            </w:r>
          </w:p>
        </w:tc>
      </w:tr>
      <w:tr w:rsidR="00477D22" w14:paraId="0B7A0C46" w14:textId="77777777">
        <w:trPr>
          <w:cantSplit/>
          <w:trHeight w:val="385"/>
          <w:jc w:val="center"/>
        </w:trPr>
        <w:tc>
          <w:tcPr>
            <w:tcW w:w="4082" w:type="dxa"/>
            <w:vAlign w:val="center"/>
          </w:tcPr>
          <w:p w14:paraId="5723EF56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>Typ zamawiającego</w:t>
            </w:r>
          </w:p>
        </w:tc>
        <w:tc>
          <w:tcPr>
            <w:tcW w:w="5556" w:type="dxa"/>
            <w:vAlign w:val="center"/>
          </w:tcPr>
          <w:p w14:paraId="18A19FBE" w14:textId="77777777" w:rsidR="00477D22" w:rsidRDefault="000E1D2E">
            <w:pPr>
              <w:spacing w:before="40" w:after="40" w:line="252" w:lineRule="auto"/>
            </w:pP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firma      </w:t>
            </w: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osoba prywatna      </w:t>
            </w: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wspólnota lub spółdzielnia</w:t>
            </w:r>
          </w:p>
        </w:tc>
      </w:tr>
      <w:tr w:rsidR="00477D22" w14:paraId="2BA336F7" w14:textId="77777777">
        <w:trPr>
          <w:cantSplit/>
          <w:trHeight w:val="385"/>
          <w:jc w:val="center"/>
        </w:trPr>
        <w:tc>
          <w:tcPr>
            <w:tcW w:w="4082" w:type="dxa"/>
            <w:vAlign w:val="center"/>
          </w:tcPr>
          <w:p w14:paraId="6435A182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 xml:space="preserve">Nazwa firmy albo imię i </w:t>
            </w:r>
            <w:r>
              <w:rPr>
                <w:sz w:val="20"/>
              </w:rPr>
              <w:t>nazwisko</w:t>
            </w:r>
          </w:p>
        </w:tc>
        <w:tc>
          <w:tcPr>
            <w:tcW w:w="5556" w:type="dxa"/>
            <w:vAlign w:val="center"/>
          </w:tcPr>
          <w:p w14:paraId="7881EE63" w14:textId="77777777" w:rsidR="00477D22" w:rsidRDefault="00477D22">
            <w:pPr>
              <w:spacing w:before="40" w:after="40" w:line="252" w:lineRule="auto"/>
            </w:pPr>
          </w:p>
        </w:tc>
      </w:tr>
      <w:tr w:rsidR="00477D22" w14:paraId="69F3A70E" w14:textId="77777777">
        <w:trPr>
          <w:cantSplit/>
          <w:trHeight w:val="385"/>
          <w:jc w:val="center"/>
        </w:trPr>
        <w:tc>
          <w:tcPr>
            <w:tcW w:w="4082" w:type="dxa"/>
            <w:vAlign w:val="center"/>
          </w:tcPr>
          <w:p w14:paraId="2F8063E5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>NIP (dla firm)</w:t>
            </w:r>
          </w:p>
        </w:tc>
        <w:tc>
          <w:tcPr>
            <w:tcW w:w="5556" w:type="dxa"/>
            <w:vAlign w:val="center"/>
          </w:tcPr>
          <w:p w14:paraId="6B850A93" w14:textId="77777777" w:rsidR="00477D22" w:rsidRDefault="00477D22">
            <w:pPr>
              <w:spacing w:before="40" w:after="40" w:line="252" w:lineRule="auto"/>
            </w:pPr>
          </w:p>
        </w:tc>
      </w:tr>
      <w:tr w:rsidR="00477D22" w14:paraId="515566A0" w14:textId="77777777">
        <w:trPr>
          <w:cantSplit/>
          <w:trHeight w:val="385"/>
          <w:jc w:val="center"/>
        </w:trPr>
        <w:tc>
          <w:tcPr>
            <w:tcW w:w="4082" w:type="dxa"/>
            <w:vAlign w:val="center"/>
          </w:tcPr>
          <w:p w14:paraId="435CB574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>Adres do faktury</w:t>
            </w:r>
          </w:p>
        </w:tc>
        <w:tc>
          <w:tcPr>
            <w:tcW w:w="5556" w:type="dxa"/>
            <w:vAlign w:val="center"/>
          </w:tcPr>
          <w:p w14:paraId="56A9F629" w14:textId="77777777" w:rsidR="00477D22" w:rsidRDefault="00477D22">
            <w:pPr>
              <w:spacing w:before="40" w:after="40" w:line="252" w:lineRule="auto"/>
            </w:pPr>
          </w:p>
        </w:tc>
      </w:tr>
      <w:tr w:rsidR="00477D22" w14:paraId="0F98460A" w14:textId="77777777">
        <w:trPr>
          <w:cantSplit/>
          <w:trHeight w:val="385"/>
          <w:jc w:val="center"/>
        </w:trPr>
        <w:tc>
          <w:tcPr>
            <w:tcW w:w="4082" w:type="dxa"/>
            <w:vAlign w:val="center"/>
          </w:tcPr>
          <w:p w14:paraId="544ED8E6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>Osoba kontaktowa i telefon</w:t>
            </w:r>
          </w:p>
        </w:tc>
        <w:tc>
          <w:tcPr>
            <w:tcW w:w="5556" w:type="dxa"/>
            <w:vAlign w:val="center"/>
          </w:tcPr>
          <w:p w14:paraId="6FE3C20C" w14:textId="77777777" w:rsidR="00477D22" w:rsidRDefault="00477D22">
            <w:pPr>
              <w:spacing w:before="40" w:after="40" w:line="252" w:lineRule="auto"/>
            </w:pPr>
          </w:p>
        </w:tc>
      </w:tr>
      <w:tr w:rsidR="00477D22" w14:paraId="6CE0EAFE" w14:textId="77777777">
        <w:trPr>
          <w:cantSplit/>
          <w:trHeight w:val="385"/>
          <w:jc w:val="center"/>
        </w:trPr>
        <w:tc>
          <w:tcPr>
            <w:tcW w:w="4082" w:type="dxa"/>
            <w:vAlign w:val="center"/>
          </w:tcPr>
          <w:p w14:paraId="5FC3B4E3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>Adres e-mail do wysyłki uzgodnienia</w:t>
            </w:r>
          </w:p>
        </w:tc>
        <w:tc>
          <w:tcPr>
            <w:tcW w:w="5556" w:type="dxa"/>
            <w:vAlign w:val="center"/>
          </w:tcPr>
          <w:p w14:paraId="71FF5EB3" w14:textId="77777777" w:rsidR="00477D22" w:rsidRDefault="00477D22">
            <w:pPr>
              <w:spacing w:before="40" w:after="40" w:line="252" w:lineRule="auto"/>
            </w:pPr>
          </w:p>
        </w:tc>
      </w:tr>
      <w:tr w:rsidR="00477D22" w14:paraId="648EF4FC" w14:textId="77777777">
        <w:trPr>
          <w:cantSplit/>
          <w:trHeight w:val="385"/>
          <w:jc w:val="center"/>
        </w:trPr>
        <w:tc>
          <w:tcPr>
            <w:tcW w:w="4082" w:type="dxa"/>
            <w:vAlign w:val="center"/>
          </w:tcPr>
          <w:p w14:paraId="0BA3F6C1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>Rola zgłaszającego</w:t>
            </w:r>
          </w:p>
        </w:tc>
        <w:tc>
          <w:tcPr>
            <w:tcW w:w="5556" w:type="dxa"/>
            <w:vAlign w:val="center"/>
          </w:tcPr>
          <w:p w14:paraId="2C3E13EB" w14:textId="77777777" w:rsidR="00477D22" w:rsidRDefault="000E1D2E">
            <w:pPr>
              <w:spacing w:before="40" w:after="40" w:line="252" w:lineRule="auto"/>
            </w:pP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inwestor   </w:t>
            </w: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projektant   </w:t>
            </w: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instalator   </w:t>
            </w: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pełnomocnik</w:t>
            </w:r>
          </w:p>
        </w:tc>
      </w:tr>
      <w:tr w:rsidR="00477D22" w14:paraId="0FCB83FA" w14:textId="77777777">
        <w:trPr>
          <w:cantSplit/>
          <w:trHeight w:val="311"/>
          <w:jc w:val="center"/>
        </w:trPr>
        <w:tc>
          <w:tcPr>
            <w:tcW w:w="9638" w:type="dxa"/>
            <w:gridSpan w:val="2"/>
            <w:shd w:val="clear" w:color="auto" w:fill="FCF3DC"/>
          </w:tcPr>
          <w:p w14:paraId="5B5966D9" w14:textId="77777777" w:rsidR="00477D22" w:rsidRDefault="000E1D2E">
            <w:pPr>
              <w:keepNext/>
              <w:spacing w:before="40" w:after="40" w:line="240" w:lineRule="auto"/>
            </w:pPr>
            <w:r>
              <w:rPr>
                <w:b/>
                <w:caps/>
                <w:sz w:val="20"/>
              </w:rPr>
              <w:t>B. Obiekt i lokalizacja</w:t>
            </w:r>
          </w:p>
        </w:tc>
      </w:tr>
      <w:tr w:rsidR="00477D22" w14:paraId="35862A05" w14:textId="77777777">
        <w:trPr>
          <w:cantSplit/>
          <w:trHeight w:val="385"/>
          <w:jc w:val="center"/>
        </w:trPr>
        <w:tc>
          <w:tcPr>
            <w:tcW w:w="4082" w:type="dxa"/>
            <w:vAlign w:val="center"/>
          </w:tcPr>
          <w:p w14:paraId="0D92CBF0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>Adres inwestycji</w:t>
            </w:r>
          </w:p>
        </w:tc>
        <w:tc>
          <w:tcPr>
            <w:tcW w:w="5556" w:type="dxa"/>
            <w:vAlign w:val="center"/>
          </w:tcPr>
          <w:p w14:paraId="53A67FEB" w14:textId="77777777" w:rsidR="00477D22" w:rsidRDefault="00477D22">
            <w:pPr>
              <w:spacing w:before="40" w:after="40" w:line="252" w:lineRule="auto"/>
            </w:pPr>
          </w:p>
        </w:tc>
      </w:tr>
      <w:tr w:rsidR="00477D22" w14:paraId="0A8DD528" w14:textId="77777777">
        <w:trPr>
          <w:cantSplit/>
          <w:trHeight w:val="385"/>
          <w:jc w:val="center"/>
        </w:trPr>
        <w:tc>
          <w:tcPr>
            <w:tcW w:w="4082" w:type="dxa"/>
            <w:vAlign w:val="center"/>
          </w:tcPr>
          <w:p w14:paraId="7706DEE0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 xml:space="preserve">Numer działki i </w:t>
            </w:r>
            <w:r>
              <w:rPr>
                <w:sz w:val="20"/>
              </w:rPr>
              <w:t>obręb ewidencyjny</w:t>
            </w:r>
          </w:p>
        </w:tc>
        <w:tc>
          <w:tcPr>
            <w:tcW w:w="5556" w:type="dxa"/>
            <w:vAlign w:val="center"/>
          </w:tcPr>
          <w:p w14:paraId="5DA12824" w14:textId="77777777" w:rsidR="00477D22" w:rsidRDefault="00477D22">
            <w:pPr>
              <w:spacing w:before="40" w:after="40" w:line="252" w:lineRule="auto"/>
            </w:pPr>
          </w:p>
        </w:tc>
      </w:tr>
      <w:tr w:rsidR="00477D22" w14:paraId="38AE3CCB" w14:textId="77777777">
        <w:trPr>
          <w:cantSplit/>
          <w:trHeight w:val="385"/>
          <w:jc w:val="center"/>
        </w:trPr>
        <w:tc>
          <w:tcPr>
            <w:tcW w:w="4082" w:type="dxa"/>
            <w:vAlign w:val="center"/>
          </w:tcPr>
          <w:p w14:paraId="7E371E78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>Typ obiektu</w:t>
            </w:r>
          </w:p>
        </w:tc>
        <w:tc>
          <w:tcPr>
            <w:tcW w:w="5556" w:type="dxa"/>
            <w:vAlign w:val="center"/>
          </w:tcPr>
          <w:p w14:paraId="2398D19D" w14:textId="77777777" w:rsidR="00477D22" w:rsidRDefault="000E1D2E">
            <w:pPr>
              <w:spacing w:before="40" w:after="40" w:line="252" w:lineRule="auto"/>
            </w:pP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dom jednorodzinny   </w:t>
            </w: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budynek wielorodzinny   </w:t>
            </w: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ZL: biuro, usługi, szkoła</w:t>
            </w:r>
          </w:p>
        </w:tc>
      </w:tr>
      <w:tr w:rsidR="00477D22" w14:paraId="5E1452BE" w14:textId="77777777">
        <w:trPr>
          <w:cantSplit/>
          <w:trHeight w:val="385"/>
          <w:jc w:val="center"/>
        </w:trPr>
        <w:tc>
          <w:tcPr>
            <w:tcW w:w="4082" w:type="dxa"/>
            <w:vAlign w:val="center"/>
          </w:tcPr>
          <w:p w14:paraId="0F5EF989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>Typ obiektu, ciąg dalszy</w:t>
            </w:r>
          </w:p>
        </w:tc>
        <w:tc>
          <w:tcPr>
            <w:tcW w:w="5556" w:type="dxa"/>
            <w:vAlign w:val="center"/>
          </w:tcPr>
          <w:p w14:paraId="4997C2AD" w14:textId="77777777" w:rsidR="00477D22" w:rsidRDefault="000E1D2E">
            <w:pPr>
              <w:spacing w:before="40" w:after="40" w:line="252" w:lineRule="auto"/>
            </w:pP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PM: hala, magazyn, produkcja   </w:t>
            </w: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instalacja wolnostojąca na gruncie   </w:t>
            </w: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inny:</w:t>
            </w:r>
          </w:p>
        </w:tc>
      </w:tr>
      <w:tr w:rsidR="00477D22" w14:paraId="2B037FE8" w14:textId="77777777">
        <w:trPr>
          <w:cantSplit/>
          <w:trHeight w:val="385"/>
          <w:jc w:val="center"/>
        </w:trPr>
        <w:tc>
          <w:tcPr>
            <w:tcW w:w="4082" w:type="dxa"/>
            <w:vAlign w:val="center"/>
          </w:tcPr>
          <w:p w14:paraId="4CB73271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 xml:space="preserve">Wysokość obiektu [m] i liczba </w:t>
            </w:r>
            <w:r>
              <w:rPr>
                <w:sz w:val="20"/>
              </w:rPr>
              <w:t>kondygnacji</w:t>
            </w:r>
          </w:p>
        </w:tc>
        <w:tc>
          <w:tcPr>
            <w:tcW w:w="5556" w:type="dxa"/>
            <w:vAlign w:val="center"/>
          </w:tcPr>
          <w:p w14:paraId="2B16F6B6" w14:textId="77777777" w:rsidR="00477D22" w:rsidRDefault="00477D22">
            <w:pPr>
              <w:spacing w:before="40" w:after="40" w:line="252" w:lineRule="auto"/>
            </w:pPr>
          </w:p>
        </w:tc>
      </w:tr>
      <w:tr w:rsidR="00477D22" w14:paraId="0A553EA9" w14:textId="77777777">
        <w:trPr>
          <w:cantSplit/>
          <w:trHeight w:val="385"/>
          <w:jc w:val="center"/>
        </w:trPr>
        <w:tc>
          <w:tcPr>
            <w:tcW w:w="4082" w:type="dxa"/>
            <w:vAlign w:val="center"/>
          </w:tcPr>
          <w:p w14:paraId="404EAE50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>Powierzchnia zabudowy i powierzchnia dachu [m²]</w:t>
            </w:r>
          </w:p>
        </w:tc>
        <w:tc>
          <w:tcPr>
            <w:tcW w:w="5556" w:type="dxa"/>
            <w:vAlign w:val="center"/>
          </w:tcPr>
          <w:p w14:paraId="25821465" w14:textId="77777777" w:rsidR="00477D22" w:rsidRDefault="00477D22">
            <w:pPr>
              <w:spacing w:before="40" w:after="40" w:line="252" w:lineRule="auto"/>
            </w:pPr>
          </w:p>
        </w:tc>
      </w:tr>
      <w:tr w:rsidR="00477D22" w14:paraId="61E5E930" w14:textId="77777777">
        <w:trPr>
          <w:cantSplit/>
          <w:trHeight w:val="385"/>
          <w:jc w:val="center"/>
        </w:trPr>
        <w:tc>
          <w:tcPr>
            <w:tcW w:w="4082" w:type="dxa"/>
            <w:vAlign w:val="center"/>
          </w:tcPr>
          <w:p w14:paraId="03519651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>Klasa odporności pożarowej budynku</w:t>
            </w:r>
          </w:p>
        </w:tc>
        <w:tc>
          <w:tcPr>
            <w:tcW w:w="5556" w:type="dxa"/>
            <w:vAlign w:val="center"/>
          </w:tcPr>
          <w:p w14:paraId="6C004863" w14:textId="77777777" w:rsidR="00477D22" w:rsidRDefault="000E1D2E">
            <w:pPr>
              <w:spacing w:before="40" w:after="40" w:line="252" w:lineRule="auto"/>
            </w:pP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A   </w:t>
            </w: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B   </w:t>
            </w: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C   </w:t>
            </w: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D   </w:t>
            </w: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E   </w:t>
            </w: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nie dotyczy</w:t>
            </w:r>
          </w:p>
        </w:tc>
      </w:tr>
      <w:tr w:rsidR="00477D22" w14:paraId="12A70E1A" w14:textId="77777777">
        <w:trPr>
          <w:cantSplit/>
          <w:trHeight w:val="385"/>
          <w:jc w:val="center"/>
        </w:trPr>
        <w:tc>
          <w:tcPr>
            <w:tcW w:w="4082" w:type="dxa"/>
            <w:vAlign w:val="center"/>
          </w:tcPr>
          <w:p w14:paraId="4C2FC482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>Gęstość obciążenia ogniowego (dla PM) [MJ/m²]</w:t>
            </w:r>
          </w:p>
        </w:tc>
        <w:tc>
          <w:tcPr>
            <w:tcW w:w="5556" w:type="dxa"/>
            <w:vAlign w:val="center"/>
          </w:tcPr>
          <w:p w14:paraId="5F92828C" w14:textId="77777777" w:rsidR="00477D22" w:rsidRDefault="00477D22">
            <w:pPr>
              <w:spacing w:before="40" w:after="40" w:line="252" w:lineRule="auto"/>
            </w:pPr>
          </w:p>
        </w:tc>
      </w:tr>
      <w:tr w:rsidR="00477D22" w14:paraId="1E12DB7A" w14:textId="77777777">
        <w:trPr>
          <w:cantSplit/>
          <w:trHeight w:val="385"/>
          <w:jc w:val="center"/>
        </w:trPr>
        <w:tc>
          <w:tcPr>
            <w:tcW w:w="4082" w:type="dxa"/>
            <w:vAlign w:val="center"/>
          </w:tcPr>
          <w:p w14:paraId="2DD4BBBC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>Garaż w obiekcie</w:t>
            </w:r>
          </w:p>
        </w:tc>
        <w:tc>
          <w:tcPr>
            <w:tcW w:w="5556" w:type="dxa"/>
            <w:vAlign w:val="center"/>
          </w:tcPr>
          <w:p w14:paraId="5532EF4A" w14:textId="77777777" w:rsidR="00477D22" w:rsidRDefault="000E1D2E">
            <w:pPr>
              <w:spacing w:before="40" w:after="40" w:line="252" w:lineRule="auto"/>
            </w:pP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brak   </w:t>
            </w: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podziemny   </w:t>
            </w: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nadziemny   </w:t>
            </w: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otwarty   </w:t>
            </w: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zamknięty</w:t>
            </w:r>
          </w:p>
        </w:tc>
      </w:tr>
      <w:tr w:rsidR="00477D22" w14:paraId="286DE67E" w14:textId="77777777">
        <w:trPr>
          <w:cantSplit/>
          <w:trHeight w:val="385"/>
          <w:jc w:val="center"/>
        </w:trPr>
        <w:tc>
          <w:tcPr>
            <w:tcW w:w="4082" w:type="dxa"/>
            <w:vAlign w:val="center"/>
          </w:tcPr>
          <w:p w14:paraId="547A98E2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>Strefa zagrożenia wybuchem</w:t>
            </w:r>
          </w:p>
        </w:tc>
        <w:tc>
          <w:tcPr>
            <w:tcW w:w="5556" w:type="dxa"/>
            <w:vAlign w:val="center"/>
          </w:tcPr>
          <w:p w14:paraId="7E47ED77" w14:textId="77777777" w:rsidR="00477D22" w:rsidRDefault="000E1D2E">
            <w:pPr>
              <w:spacing w:before="40" w:after="40" w:line="252" w:lineRule="auto"/>
            </w:pP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tak        </w:t>
            </w: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nie</w:t>
            </w:r>
          </w:p>
        </w:tc>
      </w:tr>
      <w:tr w:rsidR="00477D22" w14:paraId="23D8BC7D" w14:textId="77777777">
        <w:trPr>
          <w:cantSplit/>
          <w:trHeight w:val="311"/>
          <w:jc w:val="center"/>
        </w:trPr>
        <w:tc>
          <w:tcPr>
            <w:tcW w:w="9638" w:type="dxa"/>
            <w:gridSpan w:val="2"/>
            <w:shd w:val="clear" w:color="auto" w:fill="FCF3DC"/>
          </w:tcPr>
          <w:p w14:paraId="1B3037C8" w14:textId="77777777" w:rsidR="00477D22" w:rsidRDefault="000E1D2E">
            <w:pPr>
              <w:keepNext/>
              <w:spacing w:before="40" w:after="40" w:line="240" w:lineRule="auto"/>
            </w:pPr>
            <w:r>
              <w:rPr>
                <w:b/>
                <w:caps/>
                <w:sz w:val="20"/>
              </w:rPr>
              <w:t>C. Instalacja fotowoltaiczna</w:t>
            </w:r>
          </w:p>
        </w:tc>
      </w:tr>
      <w:tr w:rsidR="00477D22" w14:paraId="50F6590D" w14:textId="77777777">
        <w:trPr>
          <w:cantSplit/>
          <w:trHeight w:val="385"/>
          <w:jc w:val="center"/>
        </w:trPr>
        <w:tc>
          <w:tcPr>
            <w:tcW w:w="4082" w:type="dxa"/>
            <w:vAlign w:val="center"/>
          </w:tcPr>
          <w:p w14:paraId="4CC3D02A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>Moc zainstalowana DC [kWp]</w:t>
            </w:r>
          </w:p>
        </w:tc>
        <w:tc>
          <w:tcPr>
            <w:tcW w:w="5556" w:type="dxa"/>
            <w:vAlign w:val="center"/>
          </w:tcPr>
          <w:p w14:paraId="0F15C369" w14:textId="77777777" w:rsidR="00477D22" w:rsidRDefault="00477D22">
            <w:pPr>
              <w:spacing w:before="40" w:after="40" w:line="252" w:lineRule="auto"/>
            </w:pPr>
          </w:p>
        </w:tc>
      </w:tr>
      <w:tr w:rsidR="00477D22" w14:paraId="268AE697" w14:textId="77777777">
        <w:trPr>
          <w:cantSplit/>
          <w:trHeight w:val="385"/>
          <w:jc w:val="center"/>
        </w:trPr>
        <w:tc>
          <w:tcPr>
            <w:tcW w:w="4082" w:type="dxa"/>
            <w:vAlign w:val="center"/>
          </w:tcPr>
          <w:p w14:paraId="15C3339F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>Moc AC, czyli moc falowników [kW]</w:t>
            </w:r>
          </w:p>
        </w:tc>
        <w:tc>
          <w:tcPr>
            <w:tcW w:w="5556" w:type="dxa"/>
            <w:vAlign w:val="center"/>
          </w:tcPr>
          <w:p w14:paraId="7CA023D0" w14:textId="77777777" w:rsidR="00477D22" w:rsidRDefault="00477D22">
            <w:pPr>
              <w:spacing w:before="40" w:after="40" w:line="252" w:lineRule="auto"/>
            </w:pPr>
          </w:p>
        </w:tc>
      </w:tr>
      <w:tr w:rsidR="00477D22" w14:paraId="3459978D" w14:textId="77777777">
        <w:trPr>
          <w:cantSplit/>
          <w:trHeight w:val="385"/>
          <w:jc w:val="center"/>
        </w:trPr>
        <w:tc>
          <w:tcPr>
            <w:tcW w:w="4082" w:type="dxa"/>
            <w:vAlign w:val="center"/>
          </w:tcPr>
          <w:p w14:paraId="39BCE46E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lastRenderedPageBreak/>
              <w:t>Liczba modułów, producent i model</w:t>
            </w:r>
          </w:p>
        </w:tc>
        <w:tc>
          <w:tcPr>
            <w:tcW w:w="5556" w:type="dxa"/>
            <w:vAlign w:val="center"/>
          </w:tcPr>
          <w:p w14:paraId="1E9424EF" w14:textId="77777777" w:rsidR="00477D22" w:rsidRDefault="00477D22">
            <w:pPr>
              <w:spacing w:before="40" w:after="40" w:line="252" w:lineRule="auto"/>
            </w:pPr>
          </w:p>
        </w:tc>
      </w:tr>
      <w:tr w:rsidR="00477D22" w14:paraId="5D653B26" w14:textId="77777777">
        <w:trPr>
          <w:cantSplit/>
          <w:trHeight w:val="385"/>
          <w:jc w:val="center"/>
        </w:trPr>
        <w:tc>
          <w:tcPr>
            <w:tcW w:w="4082" w:type="dxa"/>
            <w:vAlign w:val="center"/>
          </w:tcPr>
          <w:p w14:paraId="6C17D4EF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>Moc pojedynczego modułu [Wp]</w:t>
            </w:r>
          </w:p>
        </w:tc>
        <w:tc>
          <w:tcPr>
            <w:tcW w:w="5556" w:type="dxa"/>
            <w:vAlign w:val="center"/>
          </w:tcPr>
          <w:p w14:paraId="6950D76C" w14:textId="77777777" w:rsidR="00477D22" w:rsidRDefault="00477D22">
            <w:pPr>
              <w:spacing w:before="40" w:after="40" w:line="252" w:lineRule="auto"/>
            </w:pPr>
          </w:p>
        </w:tc>
      </w:tr>
      <w:tr w:rsidR="00477D22" w14:paraId="44CF466C" w14:textId="77777777">
        <w:trPr>
          <w:cantSplit/>
          <w:trHeight w:val="385"/>
          <w:jc w:val="center"/>
        </w:trPr>
        <w:tc>
          <w:tcPr>
            <w:tcW w:w="4082" w:type="dxa"/>
            <w:vAlign w:val="center"/>
          </w:tcPr>
          <w:p w14:paraId="0F9B16BF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>Liczba łańcuchów (stringów) i napięcie DC max [V]</w:t>
            </w:r>
          </w:p>
        </w:tc>
        <w:tc>
          <w:tcPr>
            <w:tcW w:w="5556" w:type="dxa"/>
            <w:vAlign w:val="center"/>
          </w:tcPr>
          <w:p w14:paraId="4BC44D1E" w14:textId="77777777" w:rsidR="00477D22" w:rsidRDefault="00477D22">
            <w:pPr>
              <w:spacing w:before="40" w:after="40" w:line="252" w:lineRule="auto"/>
            </w:pPr>
          </w:p>
        </w:tc>
      </w:tr>
      <w:tr w:rsidR="00477D22" w14:paraId="6ED92DAC" w14:textId="77777777">
        <w:trPr>
          <w:cantSplit/>
          <w:trHeight w:val="567"/>
          <w:jc w:val="center"/>
        </w:trPr>
        <w:tc>
          <w:tcPr>
            <w:tcW w:w="4082" w:type="dxa"/>
            <w:vAlign w:val="center"/>
          </w:tcPr>
          <w:p w14:paraId="5ECD84DC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>Optymalizatory mocy lub funkcja szybkiego wyłączania modułów</w:t>
            </w:r>
          </w:p>
        </w:tc>
        <w:tc>
          <w:tcPr>
            <w:tcW w:w="5556" w:type="dxa"/>
            <w:vAlign w:val="center"/>
          </w:tcPr>
          <w:p w14:paraId="0D6ECDC8" w14:textId="77777777" w:rsidR="00477D22" w:rsidRDefault="000E1D2E">
            <w:pPr>
              <w:spacing w:before="40" w:after="40" w:line="252" w:lineRule="auto"/>
            </w:pP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tak        </w:t>
            </w: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nie        producent i model:</w:t>
            </w:r>
          </w:p>
        </w:tc>
      </w:tr>
      <w:tr w:rsidR="00477D22" w14:paraId="506F3C61" w14:textId="77777777">
        <w:trPr>
          <w:cantSplit/>
          <w:trHeight w:val="385"/>
          <w:jc w:val="center"/>
        </w:trPr>
        <w:tc>
          <w:tcPr>
            <w:tcW w:w="4082" w:type="dxa"/>
            <w:vAlign w:val="center"/>
          </w:tcPr>
          <w:p w14:paraId="1CBA0C48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>Sposób montażu modułów</w:t>
            </w:r>
          </w:p>
        </w:tc>
        <w:tc>
          <w:tcPr>
            <w:tcW w:w="5556" w:type="dxa"/>
            <w:vAlign w:val="center"/>
          </w:tcPr>
          <w:p w14:paraId="2875F61B" w14:textId="77777777" w:rsidR="00477D22" w:rsidRDefault="000E1D2E">
            <w:pPr>
              <w:spacing w:before="40" w:after="40" w:line="252" w:lineRule="auto"/>
            </w:pP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konstrukcja wsporcza na dachu   </w:t>
            </w: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balastowa   </w:t>
            </w: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przykręcana   </w:t>
            </w: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gruntowa</w:t>
            </w:r>
          </w:p>
        </w:tc>
      </w:tr>
      <w:tr w:rsidR="00477D22" w14:paraId="104E18D2" w14:textId="77777777">
        <w:trPr>
          <w:cantSplit/>
          <w:trHeight w:val="311"/>
          <w:jc w:val="center"/>
        </w:trPr>
        <w:tc>
          <w:tcPr>
            <w:tcW w:w="9638" w:type="dxa"/>
            <w:gridSpan w:val="2"/>
            <w:shd w:val="clear" w:color="auto" w:fill="FCF3DC"/>
          </w:tcPr>
          <w:p w14:paraId="566C3585" w14:textId="77777777" w:rsidR="00477D22" w:rsidRDefault="000E1D2E">
            <w:pPr>
              <w:keepNext/>
              <w:spacing w:before="40" w:after="40" w:line="240" w:lineRule="auto"/>
            </w:pPr>
            <w:r>
              <w:rPr>
                <w:b/>
                <w:caps/>
                <w:sz w:val="20"/>
              </w:rPr>
              <w:t>D. Falownik (inwerter)</w:t>
            </w:r>
          </w:p>
        </w:tc>
      </w:tr>
      <w:tr w:rsidR="00477D22" w14:paraId="3C2023C3" w14:textId="77777777">
        <w:trPr>
          <w:cantSplit/>
          <w:trHeight w:val="385"/>
          <w:jc w:val="center"/>
        </w:trPr>
        <w:tc>
          <w:tcPr>
            <w:tcW w:w="4082" w:type="dxa"/>
            <w:vAlign w:val="center"/>
          </w:tcPr>
          <w:p w14:paraId="1F1ADA2D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>Producent i model</w:t>
            </w:r>
          </w:p>
        </w:tc>
        <w:tc>
          <w:tcPr>
            <w:tcW w:w="5556" w:type="dxa"/>
            <w:vAlign w:val="center"/>
          </w:tcPr>
          <w:p w14:paraId="6430B86D" w14:textId="77777777" w:rsidR="00477D22" w:rsidRDefault="00477D22">
            <w:pPr>
              <w:spacing w:before="40" w:after="40" w:line="252" w:lineRule="auto"/>
            </w:pPr>
          </w:p>
        </w:tc>
      </w:tr>
      <w:tr w:rsidR="00477D22" w14:paraId="489B4D6F" w14:textId="77777777">
        <w:trPr>
          <w:cantSplit/>
          <w:trHeight w:val="385"/>
          <w:jc w:val="center"/>
        </w:trPr>
        <w:tc>
          <w:tcPr>
            <w:tcW w:w="4082" w:type="dxa"/>
            <w:vAlign w:val="center"/>
          </w:tcPr>
          <w:p w14:paraId="3808B47A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>Moc [kW] i liczba sztuk</w:t>
            </w:r>
          </w:p>
        </w:tc>
        <w:tc>
          <w:tcPr>
            <w:tcW w:w="5556" w:type="dxa"/>
            <w:vAlign w:val="center"/>
          </w:tcPr>
          <w:p w14:paraId="41006E7B" w14:textId="77777777" w:rsidR="00477D22" w:rsidRDefault="00477D22">
            <w:pPr>
              <w:spacing w:before="40" w:after="40" w:line="252" w:lineRule="auto"/>
            </w:pPr>
          </w:p>
        </w:tc>
      </w:tr>
      <w:tr w:rsidR="00477D22" w14:paraId="6AD27C91" w14:textId="77777777">
        <w:trPr>
          <w:cantSplit/>
          <w:trHeight w:val="385"/>
          <w:jc w:val="center"/>
        </w:trPr>
        <w:tc>
          <w:tcPr>
            <w:tcW w:w="4082" w:type="dxa"/>
            <w:vAlign w:val="center"/>
          </w:tcPr>
          <w:p w14:paraId="08F6729F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>Lokalizacja falownika</w:t>
            </w:r>
          </w:p>
        </w:tc>
        <w:tc>
          <w:tcPr>
            <w:tcW w:w="5556" w:type="dxa"/>
            <w:vAlign w:val="center"/>
          </w:tcPr>
          <w:p w14:paraId="7197E253" w14:textId="77777777" w:rsidR="00477D22" w:rsidRDefault="000E1D2E">
            <w:pPr>
              <w:spacing w:before="40" w:after="40" w:line="252" w:lineRule="auto"/>
            </w:pP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wewnątrz budynku, pomieszczenie:                      </w:t>
            </w: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na zewnątrz</w:t>
            </w:r>
          </w:p>
        </w:tc>
      </w:tr>
      <w:tr w:rsidR="00477D22" w14:paraId="44D1ABD4" w14:textId="77777777">
        <w:trPr>
          <w:cantSplit/>
          <w:trHeight w:val="567"/>
          <w:jc w:val="center"/>
        </w:trPr>
        <w:tc>
          <w:tcPr>
            <w:tcW w:w="4082" w:type="dxa"/>
            <w:vAlign w:val="center"/>
          </w:tcPr>
          <w:p w14:paraId="2801AE9A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 xml:space="preserve">Podłoże i otoczenie falownika (materiał ściany, odległość od </w:t>
            </w:r>
            <w:r>
              <w:rPr>
                <w:sz w:val="20"/>
              </w:rPr>
              <w:t>materiałów palnych)</w:t>
            </w:r>
          </w:p>
        </w:tc>
        <w:tc>
          <w:tcPr>
            <w:tcW w:w="5556" w:type="dxa"/>
            <w:vAlign w:val="center"/>
          </w:tcPr>
          <w:p w14:paraId="63942163" w14:textId="77777777" w:rsidR="00477D22" w:rsidRDefault="00477D22">
            <w:pPr>
              <w:spacing w:before="40" w:after="40" w:line="252" w:lineRule="auto"/>
            </w:pPr>
          </w:p>
        </w:tc>
      </w:tr>
      <w:tr w:rsidR="00477D22" w14:paraId="0527F00B" w14:textId="77777777">
        <w:trPr>
          <w:cantSplit/>
          <w:trHeight w:val="311"/>
          <w:jc w:val="center"/>
        </w:trPr>
        <w:tc>
          <w:tcPr>
            <w:tcW w:w="9638" w:type="dxa"/>
            <w:gridSpan w:val="2"/>
            <w:shd w:val="clear" w:color="auto" w:fill="FCF3DC"/>
          </w:tcPr>
          <w:p w14:paraId="3AB9CE31" w14:textId="77777777" w:rsidR="00477D22" w:rsidRDefault="000E1D2E">
            <w:pPr>
              <w:keepNext/>
              <w:spacing w:before="40" w:after="40" w:line="240" w:lineRule="auto"/>
            </w:pPr>
            <w:r>
              <w:rPr>
                <w:b/>
                <w:caps/>
                <w:sz w:val="20"/>
              </w:rPr>
              <w:t>E. Magazyn energii</w:t>
            </w:r>
          </w:p>
        </w:tc>
      </w:tr>
      <w:tr w:rsidR="00477D22" w14:paraId="2332D1EF" w14:textId="77777777">
        <w:trPr>
          <w:cantSplit/>
          <w:trHeight w:val="385"/>
          <w:jc w:val="center"/>
        </w:trPr>
        <w:tc>
          <w:tcPr>
            <w:tcW w:w="4082" w:type="dxa"/>
            <w:vAlign w:val="center"/>
          </w:tcPr>
          <w:p w14:paraId="683078FC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>Magazyn energii w instalacji</w:t>
            </w:r>
          </w:p>
        </w:tc>
        <w:tc>
          <w:tcPr>
            <w:tcW w:w="5556" w:type="dxa"/>
            <w:vAlign w:val="center"/>
          </w:tcPr>
          <w:p w14:paraId="269E5515" w14:textId="77777777" w:rsidR="00477D22" w:rsidRDefault="000E1D2E">
            <w:pPr>
              <w:spacing w:before="40" w:after="40" w:line="252" w:lineRule="auto"/>
            </w:pP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nie        </w:t>
            </w: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tak</w:t>
            </w:r>
          </w:p>
        </w:tc>
      </w:tr>
      <w:tr w:rsidR="00477D22" w14:paraId="689C96AE" w14:textId="77777777">
        <w:trPr>
          <w:cantSplit/>
          <w:trHeight w:val="385"/>
          <w:jc w:val="center"/>
        </w:trPr>
        <w:tc>
          <w:tcPr>
            <w:tcW w:w="4082" w:type="dxa"/>
            <w:vAlign w:val="center"/>
          </w:tcPr>
          <w:p w14:paraId="6FAC865A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>Producent, model, pojemność [kWh]</w:t>
            </w:r>
          </w:p>
        </w:tc>
        <w:tc>
          <w:tcPr>
            <w:tcW w:w="5556" w:type="dxa"/>
            <w:vAlign w:val="center"/>
          </w:tcPr>
          <w:p w14:paraId="48AB244E" w14:textId="77777777" w:rsidR="00477D22" w:rsidRDefault="00477D22">
            <w:pPr>
              <w:spacing w:before="40" w:after="40" w:line="252" w:lineRule="auto"/>
            </w:pPr>
          </w:p>
        </w:tc>
      </w:tr>
      <w:tr w:rsidR="00477D22" w14:paraId="6E172633" w14:textId="77777777">
        <w:trPr>
          <w:cantSplit/>
          <w:trHeight w:val="385"/>
          <w:jc w:val="center"/>
        </w:trPr>
        <w:tc>
          <w:tcPr>
            <w:tcW w:w="4082" w:type="dxa"/>
            <w:vAlign w:val="center"/>
          </w:tcPr>
          <w:p w14:paraId="5A4D82F3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>Chemia ogniw</w:t>
            </w:r>
          </w:p>
        </w:tc>
        <w:tc>
          <w:tcPr>
            <w:tcW w:w="5556" w:type="dxa"/>
            <w:vAlign w:val="center"/>
          </w:tcPr>
          <w:p w14:paraId="6AA59A23" w14:textId="77777777" w:rsidR="00477D22" w:rsidRDefault="000E1D2E">
            <w:pPr>
              <w:spacing w:before="40" w:after="40" w:line="252" w:lineRule="auto"/>
            </w:pP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LFP   </w:t>
            </w: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NMC   </w:t>
            </w: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inna:</w:t>
            </w:r>
          </w:p>
        </w:tc>
      </w:tr>
      <w:tr w:rsidR="00477D22" w14:paraId="18EBDB11" w14:textId="77777777">
        <w:trPr>
          <w:cantSplit/>
          <w:trHeight w:val="385"/>
          <w:jc w:val="center"/>
        </w:trPr>
        <w:tc>
          <w:tcPr>
            <w:tcW w:w="4082" w:type="dxa"/>
            <w:vAlign w:val="center"/>
          </w:tcPr>
          <w:p w14:paraId="09216B8A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>Lokalizacja magazynu i sposób wydzielenia pożarowego</w:t>
            </w:r>
          </w:p>
        </w:tc>
        <w:tc>
          <w:tcPr>
            <w:tcW w:w="5556" w:type="dxa"/>
            <w:vAlign w:val="center"/>
          </w:tcPr>
          <w:p w14:paraId="62274E18" w14:textId="77777777" w:rsidR="00477D22" w:rsidRDefault="00477D22">
            <w:pPr>
              <w:spacing w:before="40" w:after="40" w:line="252" w:lineRule="auto"/>
            </w:pPr>
          </w:p>
        </w:tc>
      </w:tr>
      <w:tr w:rsidR="00477D22" w14:paraId="4DA7C325" w14:textId="77777777">
        <w:trPr>
          <w:cantSplit/>
          <w:trHeight w:val="311"/>
          <w:jc w:val="center"/>
        </w:trPr>
        <w:tc>
          <w:tcPr>
            <w:tcW w:w="9638" w:type="dxa"/>
            <w:gridSpan w:val="2"/>
            <w:shd w:val="clear" w:color="auto" w:fill="FCF3DC"/>
          </w:tcPr>
          <w:p w14:paraId="2B3FE7AE" w14:textId="77777777" w:rsidR="00477D22" w:rsidRDefault="000E1D2E">
            <w:pPr>
              <w:keepNext/>
              <w:spacing w:before="40" w:after="40" w:line="240" w:lineRule="auto"/>
            </w:pPr>
            <w:r>
              <w:rPr>
                <w:b/>
                <w:caps/>
                <w:sz w:val="20"/>
              </w:rPr>
              <w:t xml:space="preserve">F. Rozwiązania </w:t>
            </w:r>
            <w:r>
              <w:rPr>
                <w:b/>
                <w:caps/>
                <w:sz w:val="20"/>
              </w:rPr>
              <w:t>przeciwpożarowe</w:t>
            </w:r>
          </w:p>
        </w:tc>
      </w:tr>
      <w:tr w:rsidR="00477D22" w14:paraId="11CA3349" w14:textId="77777777">
        <w:trPr>
          <w:cantSplit/>
          <w:trHeight w:val="385"/>
          <w:jc w:val="center"/>
        </w:trPr>
        <w:tc>
          <w:tcPr>
            <w:tcW w:w="4082" w:type="dxa"/>
            <w:vAlign w:val="center"/>
          </w:tcPr>
          <w:p w14:paraId="37F6407A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>Lokalizacja rozłączników i wyłącznika po stronie DC</w:t>
            </w:r>
          </w:p>
        </w:tc>
        <w:tc>
          <w:tcPr>
            <w:tcW w:w="5556" w:type="dxa"/>
            <w:vAlign w:val="center"/>
          </w:tcPr>
          <w:p w14:paraId="7D146095" w14:textId="77777777" w:rsidR="00477D22" w:rsidRDefault="00477D22">
            <w:pPr>
              <w:spacing w:before="40" w:after="40" w:line="252" w:lineRule="auto"/>
            </w:pPr>
          </w:p>
        </w:tc>
      </w:tr>
      <w:tr w:rsidR="00477D22" w14:paraId="062BB051" w14:textId="77777777">
        <w:trPr>
          <w:cantSplit/>
          <w:trHeight w:val="385"/>
          <w:jc w:val="center"/>
        </w:trPr>
        <w:tc>
          <w:tcPr>
            <w:tcW w:w="4082" w:type="dxa"/>
            <w:vAlign w:val="center"/>
          </w:tcPr>
          <w:p w14:paraId="151E3470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>Przeciwpożarowy wyłącznik prądu (PWP)</w:t>
            </w:r>
          </w:p>
        </w:tc>
        <w:tc>
          <w:tcPr>
            <w:tcW w:w="5556" w:type="dxa"/>
            <w:vAlign w:val="center"/>
          </w:tcPr>
          <w:p w14:paraId="42CE7A03" w14:textId="77777777" w:rsidR="00477D22" w:rsidRDefault="000E1D2E">
            <w:pPr>
              <w:spacing w:before="40" w:after="40" w:line="252" w:lineRule="auto"/>
            </w:pP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istniejący   </w:t>
            </w: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projektowany   </w:t>
            </w: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brak, uzasadnienie:</w:t>
            </w:r>
          </w:p>
        </w:tc>
      </w:tr>
      <w:tr w:rsidR="00477D22" w14:paraId="2C83F54B" w14:textId="77777777">
        <w:trPr>
          <w:cantSplit/>
          <w:trHeight w:val="385"/>
          <w:jc w:val="center"/>
        </w:trPr>
        <w:tc>
          <w:tcPr>
            <w:tcW w:w="4082" w:type="dxa"/>
            <w:vAlign w:val="center"/>
          </w:tcPr>
          <w:p w14:paraId="5517C421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>Lokalizacja przycisku PWP i jego oznakowanie</w:t>
            </w:r>
          </w:p>
        </w:tc>
        <w:tc>
          <w:tcPr>
            <w:tcW w:w="5556" w:type="dxa"/>
            <w:vAlign w:val="center"/>
          </w:tcPr>
          <w:p w14:paraId="0BCC0261" w14:textId="77777777" w:rsidR="00477D22" w:rsidRDefault="00477D22">
            <w:pPr>
              <w:spacing w:before="40" w:after="40" w:line="252" w:lineRule="auto"/>
            </w:pPr>
          </w:p>
        </w:tc>
      </w:tr>
      <w:tr w:rsidR="00477D22" w14:paraId="7BAB1152" w14:textId="77777777">
        <w:trPr>
          <w:cantSplit/>
          <w:trHeight w:val="385"/>
          <w:jc w:val="center"/>
        </w:trPr>
        <w:tc>
          <w:tcPr>
            <w:tcW w:w="4082" w:type="dxa"/>
            <w:vAlign w:val="center"/>
          </w:tcPr>
          <w:p w14:paraId="5D65FE9C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 xml:space="preserve">Sposób odłączenia instalacji PV przez </w:t>
            </w:r>
            <w:r>
              <w:rPr>
                <w:sz w:val="20"/>
              </w:rPr>
              <w:t>ekipy ratownicze</w:t>
            </w:r>
          </w:p>
        </w:tc>
        <w:tc>
          <w:tcPr>
            <w:tcW w:w="5556" w:type="dxa"/>
            <w:vAlign w:val="center"/>
          </w:tcPr>
          <w:p w14:paraId="2CE581A3" w14:textId="77777777" w:rsidR="00477D22" w:rsidRDefault="00477D22">
            <w:pPr>
              <w:spacing w:before="40" w:after="40" w:line="252" w:lineRule="auto"/>
            </w:pPr>
          </w:p>
        </w:tc>
      </w:tr>
      <w:tr w:rsidR="00477D22" w14:paraId="1BB38D42" w14:textId="77777777">
        <w:trPr>
          <w:cantSplit/>
          <w:trHeight w:val="567"/>
          <w:jc w:val="center"/>
        </w:trPr>
        <w:tc>
          <w:tcPr>
            <w:tcW w:w="4082" w:type="dxa"/>
            <w:vAlign w:val="center"/>
          </w:tcPr>
          <w:p w14:paraId="6CC45F16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>Tabliczka informacyjna i oznakowanie instalacji dla ekip ratowniczych</w:t>
            </w:r>
          </w:p>
        </w:tc>
        <w:tc>
          <w:tcPr>
            <w:tcW w:w="5556" w:type="dxa"/>
            <w:vAlign w:val="center"/>
          </w:tcPr>
          <w:p w14:paraId="4480C933" w14:textId="77777777" w:rsidR="00477D22" w:rsidRDefault="000E1D2E">
            <w:pPr>
              <w:spacing w:before="40" w:after="40" w:line="252" w:lineRule="auto"/>
            </w:pP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tak        </w:t>
            </w: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nie</w:t>
            </w:r>
          </w:p>
        </w:tc>
      </w:tr>
      <w:tr w:rsidR="00477D22" w14:paraId="01239735" w14:textId="77777777">
        <w:trPr>
          <w:cantSplit/>
          <w:trHeight w:val="567"/>
          <w:jc w:val="center"/>
        </w:trPr>
        <w:tc>
          <w:tcPr>
            <w:tcW w:w="4082" w:type="dxa"/>
            <w:vAlign w:val="center"/>
          </w:tcPr>
          <w:p w14:paraId="523EEDC0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>Sposób prowadzenia tras kablowych DC w budynku i po dachu</w:t>
            </w:r>
          </w:p>
        </w:tc>
        <w:tc>
          <w:tcPr>
            <w:tcW w:w="5556" w:type="dxa"/>
            <w:vAlign w:val="center"/>
          </w:tcPr>
          <w:p w14:paraId="5333B13F" w14:textId="77777777" w:rsidR="00477D22" w:rsidRDefault="00477D22">
            <w:pPr>
              <w:spacing w:before="40" w:after="40" w:line="252" w:lineRule="auto"/>
            </w:pPr>
          </w:p>
        </w:tc>
      </w:tr>
      <w:tr w:rsidR="00477D22" w14:paraId="59A05C47" w14:textId="77777777">
        <w:trPr>
          <w:cantSplit/>
          <w:trHeight w:val="567"/>
          <w:jc w:val="center"/>
        </w:trPr>
        <w:tc>
          <w:tcPr>
            <w:tcW w:w="4082" w:type="dxa"/>
            <w:vAlign w:val="center"/>
          </w:tcPr>
          <w:p w14:paraId="4D6C6D26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>Przejścia kabli przez przegrody oddzielenia pożarowego i ich uszczelnienie</w:t>
            </w:r>
          </w:p>
        </w:tc>
        <w:tc>
          <w:tcPr>
            <w:tcW w:w="5556" w:type="dxa"/>
            <w:vAlign w:val="center"/>
          </w:tcPr>
          <w:p w14:paraId="53A41AAE" w14:textId="77777777" w:rsidR="00477D22" w:rsidRDefault="000E1D2E">
            <w:pPr>
              <w:spacing w:before="40" w:after="40" w:line="252" w:lineRule="auto"/>
            </w:pP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brak przejść   </w:t>
            </w: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są, opis:</w:t>
            </w:r>
          </w:p>
        </w:tc>
      </w:tr>
      <w:tr w:rsidR="00477D22" w14:paraId="5A40A75A" w14:textId="77777777">
        <w:trPr>
          <w:cantSplit/>
          <w:trHeight w:val="385"/>
          <w:jc w:val="center"/>
        </w:trPr>
        <w:tc>
          <w:tcPr>
            <w:tcW w:w="4082" w:type="dxa"/>
            <w:vAlign w:val="center"/>
          </w:tcPr>
          <w:p w14:paraId="7800EC2D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lastRenderedPageBreak/>
              <w:t>Zasilanie urządzeń przeciwpożarowych w obiekcie</w:t>
            </w:r>
          </w:p>
        </w:tc>
        <w:tc>
          <w:tcPr>
            <w:tcW w:w="5556" w:type="dxa"/>
            <w:vAlign w:val="center"/>
          </w:tcPr>
          <w:p w14:paraId="56717920" w14:textId="77777777" w:rsidR="00477D22" w:rsidRDefault="000E1D2E">
            <w:pPr>
              <w:spacing w:before="40" w:after="40" w:line="252" w:lineRule="auto"/>
            </w:pP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brak   </w:t>
            </w: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jest, opis:</w:t>
            </w:r>
          </w:p>
        </w:tc>
      </w:tr>
      <w:tr w:rsidR="00477D22" w14:paraId="0DAFD481" w14:textId="77777777">
        <w:trPr>
          <w:cantSplit/>
          <w:trHeight w:val="311"/>
          <w:jc w:val="center"/>
        </w:trPr>
        <w:tc>
          <w:tcPr>
            <w:tcW w:w="9638" w:type="dxa"/>
            <w:gridSpan w:val="2"/>
            <w:shd w:val="clear" w:color="auto" w:fill="FCF3DC"/>
          </w:tcPr>
          <w:p w14:paraId="7D6102A8" w14:textId="77777777" w:rsidR="00477D22" w:rsidRDefault="000E1D2E">
            <w:pPr>
              <w:keepNext/>
              <w:spacing w:before="40" w:after="40" w:line="240" w:lineRule="auto"/>
            </w:pPr>
            <w:r>
              <w:rPr>
                <w:b/>
                <w:caps/>
                <w:sz w:val="20"/>
              </w:rPr>
              <w:t>G. Dach i konstrukcja</w:t>
            </w:r>
          </w:p>
        </w:tc>
      </w:tr>
      <w:tr w:rsidR="00477D22" w14:paraId="2377B6F9" w14:textId="77777777">
        <w:trPr>
          <w:cantSplit/>
          <w:trHeight w:val="385"/>
          <w:jc w:val="center"/>
        </w:trPr>
        <w:tc>
          <w:tcPr>
            <w:tcW w:w="4082" w:type="dxa"/>
            <w:vAlign w:val="center"/>
          </w:tcPr>
          <w:p w14:paraId="2D781AE0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>Konstrukcja dachu</w:t>
            </w:r>
          </w:p>
        </w:tc>
        <w:tc>
          <w:tcPr>
            <w:tcW w:w="5556" w:type="dxa"/>
            <w:vAlign w:val="center"/>
          </w:tcPr>
          <w:p w14:paraId="73ABDE2F" w14:textId="77777777" w:rsidR="00477D22" w:rsidRDefault="000E1D2E">
            <w:pPr>
              <w:spacing w:before="40" w:after="40" w:line="252" w:lineRule="auto"/>
            </w:pP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drewniana   </w:t>
            </w: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stalowa   </w:t>
            </w: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żelbetowa   </w:t>
            </w: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inna:</w:t>
            </w:r>
          </w:p>
        </w:tc>
      </w:tr>
      <w:tr w:rsidR="00477D22" w14:paraId="64766349" w14:textId="77777777">
        <w:trPr>
          <w:cantSplit/>
          <w:trHeight w:val="385"/>
          <w:jc w:val="center"/>
        </w:trPr>
        <w:tc>
          <w:tcPr>
            <w:tcW w:w="4082" w:type="dxa"/>
            <w:vAlign w:val="center"/>
          </w:tcPr>
          <w:p w14:paraId="42B338B6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>Pokrycie dachu</w:t>
            </w:r>
          </w:p>
        </w:tc>
        <w:tc>
          <w:tcPr>
            <w:tcW w:w="5556" w:type="dxa"/>
            <w:vAlign w:val="center"/>
          </w:tcPr>
          <w:p w14:paraId="7093782E" w14:textId="77777777" w:rsidR="00477D22" w:rsidRDefault="000E1D2E">
            <w:pPr>
              <w:spacing w:before="40" w:after="40" w:line="252" w:lineRule="auto"/>
            </w:pP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blacha   </w:t>
            </w: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papa   </w:t>
            </w: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dachówka   </w:t>
            </w: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membrana PVC   </w:t>
            </w: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inne:</w:t>
            </w:r>
          </w:p>
        </w:tc>
      </w:tr>
      <w:tr w:rsidR="00477D22" w14:paraId="5145C0B7" w14:textId="77777777">
        <w:trPr>
          <w:cantSplit/>
          <w:trHeight w:val="385"/>
          <w:jc w:val="center"/>
        </w:trPr>
        <w:tc>
          <w:tcPr>
            <w:tcW w:w="4082" w:type="dxa"/>
            <w:vAlign w:val="center"/>
          </w:tcPr>
          <w:p w14:paraId="2CCBDAFC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>Izolacja termiczna dachu</w:t>
            </w:r>
          </w:p>
        </w:tc>
        <w:tc>
          <w:tcPr>
            <w:tcW w:w="5556" w:type="dxa"/>
            <w:vAlign w:val="center"/>
          </w:tcPr>
          <w:p w14:paraId="239CCBDE" w14:textId="77777777" w:rsidR="00477D22" w:rsidRDefault="000E1D2E">
            <w:pPr>
              <w:spacing w:before="40" w:after="40" w:line="252" w:lineRule="auto"/>
            </w:pP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wełna mineralna   </w:t>
            </w: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EPS   </w:t>
            </w: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PIR   </w:t>
            </w: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brak   </w:t>
            </w: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inna:</w:t>
            </w:r>
          </w:p>
        </w:tc>
      </w:tr>
      <w:tr w:rsidR="00477D22" w14:paraId="7922E940" w14:textId="77777777">
        <w:trPr>
          <w:cantSplit/>
          <w:trHeight w:val="385"/>
          <w:jc w:val="center"/>
        </w:trPr>
        <w:tc>
          <w:tcPr>
            <w:tcW w:w="4082" w:type="dxa"/>
            <w:vAlign w:val="center"/>
          </w:tcPr>
          <w:p w14:paraId="7BFF07BD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>Rozprzestrzenianie ognia przez dach (NRO, BROOF(t1))</w:t>
            </w:r>
          </w:p>
        </w:tc>
        <w:tc>
          <w:tcPr>
            <w:tcW w:w="5556" w:type="dxa"/>
            <w:vAlign w:val="center"/>
          </w:tcPr>
          <w:p w14:paraId="01D8E702" w14:textId="77777777" w:rsidR="00477D22" w:rsidRDefault="000E1D2E">
            <w:pPr>
              <w:spacing w:before="40" w:after="40" w:line="252" w:lineRule="auto"/>
            </w:pP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potwierdzone dokumentem   </w:t>
            </w: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brak danych</w:t>
            </w:r>
          </w:p>
        </w:tc>
      </w:tr>
      <w:tr w:rsidR="00477D22" w14:paraId="752DA682" w14:textId="77777777">
        <w:trPr>
          <w:cantSplit/>
          <w:trHeight w:val="385"/>
          <w:jc w:val="center"/>
        </w:trPr>
        <w:tc>
          <w:tcPr>
            <w:tcW w:w="4082" w:type="dxa"/>
            <w:vAlign w:val="center"/>
          </w:tcPr>
          <w:p w14:paraId="4B5B3EED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>Kąt nachylenia dachu i wysokość do okapu</w:t>
            </w:r>
          </w:p>
        </w:tc>
        <w:tc>
          <w:tcPr>
            <w:tcW w:w="5556" w:type="dxa"/>
            <w:vAlign w:val="center"/>
          </w:tcPr>
          <w:p w14:paraId="0689F2A0" w14:textId="77777777" w:rsidR="00477D22" w:rsidRDefault="00477D22">
            <w:pPr>
              <w:spacing w:before="40" w:after="40" w:line="252" w:lineRule="auto"/>
            </w:pPr>
          </w:p>
        </w:tc>
      </w:tr>
      <w:tr w:rsidR="00477D22" w14:paraId="562F971B" w14:textId="77777777">
        <w:trPr>
          <w:cantSplit/>
          <w:trHeight w:val="311"/>
          <w:jc w:val="center"/>
        </w:trPr>
        <w:tc>
          <w:tcPr>
            <w:tcW w:w="9638" w:type="dxa"/>
            <w:gridSpan w:val="2"/>
            <w:shd w:val="clear" w:color="auto" w:fill="FCF3DC"/>
          </w:tcPr>
          <w:p w14:paraId="7359C6E1" w14:textId="77777777" w:rsidR="00477D22" w:rsidRDefault="000E1D2E">
            <w:pPr>
              <w:keepNext/>
              <w:spacing w:before="40" w:after="40" w:line="240" w:lineRule="auto"/>
            </w:pPr>
            <w:r>
              <w:rPr>
                <w:b/>
                <w:caps/>
                <w:sz w:val="20"/>
              </w:rPr>
              <w:t xml:space="preserve">H. </w:t>
            </w:r>
            <w:r>
              <w:rPr>
                <w:b/>
                <w:caps/>
                <w:sz w:val="20"/>
              </w:rPr>
              <w:t>Usytuowanie i dostęp</w:t>
            </w:r>
          </w:p>
        </w:tc>
      </w:tr>
      <w:tr w:rsidR="00477D22" w14:paraId="31A3230D" w14:textId="77777777">
        <w:trPr>
          <w:cantSplit/>
          <w:trHeight w:val="385"/>
          <w:jc w:val="center"/>
        </w:trPr>
        <w:tc>
          <w:tcPr>
            <w:tcW w:w="4082" w:type="dxa"/>
            <w:vAlign w:val="center"/>
          </w:tcPr>
          <w:p w14:paraId="7AC4B9E7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>Odległość modułów od granicy działki [m]</w:t>
            </w:r>
          </w:p>
        </w:tc>
        <w:tc>
          <w:tcPr>
            <w:tcW w:w="5556" w:type="dxa"/>
            <w:vAlign w:val="center"/>
          </w:tcPr>
          <w:p w14:paraId="681CBD9D" w14:textId="77777777" w:rsidR="00477D22" w:rsidRDefault="00477D22">
            <w:pPr>
              <w:spacing w:before="40" w:after="40" w:line="252" w:lineRule="auto"/>
            </w:pPr>
          </w:p>
        </w:tc>
      </w:tr>
      <w:tr w:rsidR="00477D22" w14:paraId="25DCB11B" w14:textId="77777777">
        <w:trPr>
          <w:cantSplit/>
          <w:trHeight w:val="385"/>
          <w:jc w:val="center"/>
        </w:trPr>
        <w:tc>
          <w:tcPr>
            <w:tcW w:w="4082" w:type="dxa"/>
            <w:vAlign w:val="center"/>
          </w:tcPr>
          <w:p w14:paraId="5A847C98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>Odległość od sąsiednich budynków [m]</w:t>
            </w:r>
          </w:p>
        </w:tc>
        <w:tc>
          <w:tcPr>
            <w:tcW w:w="5556" w:type="dxa"/>
            <w:vAlign w:val="center"/>
          </w:tcPr>
          <w:p w14:paraId="27ACA903" w14:textId="77777777" w:rsidR="00477D22" w:rsidRDefault="00477D22">
            <w:pPr>
              <w:spacing w:before="40" w:after="40" w:line="252" w:lineRule="auto"/>
            </w:pPr>
          </w:p>
        </w:tc>
      </w:tr>
      <w:tr w:rsidR="00477D22" w14:paraId="29613305" w14:textId="77777777">
        <w:trPr>
          <w:cantSplit/>
          <w:trHeight w:val="385"/>
          <w:jc w:val="center"/>
        </w:trPr>
        <w:tc>
          <w:tcPr>
            <w:tcW w:w="4082" w:type="dxa"/>
            <w:vAlign w:val="center"/>
          </w:tcPr>
          <w:p w14:paraId="1E832A8F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>Odległość modułów od krawędzi dachu i attyki [m]</w:t>
            </w:r>
          </w:p>
        </w:tc>
        <w:tc>
          <w:tcPr>
            <w:tcW w:w="5556" w:type="dxa"/>
            <w:vAlign w:val="center"/>
          </w:tcPr>
          <w:p w14:paraId="290469F2" w14:textId="77777777" w:rsidR="00477D22" w:rsidRDefault="00477D22">
            <w:pPr>
              <w:spacing w:before="40" w:after="40" w:line="252" w:lineRule="auto"/>
            </w:pPr>
          </w:p>
        </w:tc>
      </w:tr>
      <w:tr w:rsidR="00477D22" w14:paraId="7DB386C9" w14:textId="77777777">
        <w:trPr>
          <w:cantSplit/>
          <w:trHeight w:val="567"/>
          <w:jc w:val="center"/>
        </w:trPr>
        <w:tc>
          <w:tcPr>
            <w:tcW w:w="4082" w:type="dxa"/>
            <w:vAlign w:val="center"/>
          </w:tcPr>
          <w:p w14:paraId="10EF12F2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>Odległość od wyjść ewakuacyjnych, klap dymowych i wywietrzników [m]</w:t>
            </w:r>
          </w:p>
        </w:tc>
        <w:tc>
          <w:tcPr>
            <w:tcW w:w="5556" w:type="dxa"/>
            <w:vAlign w:val="center"/>
          </w:tcPr>
          <w:p w14:paraId="3EB6965F" w14:textId="77777777" w:rsidR="00477D22" w:rsidRDefault="00477D22">
            <w:pPr>
              <w:spacing w:before="40" w:after="40" w:line="252" w:lineRule="auto"/>
            </w:pPr>
          </w:p>
        </w:tc>
      </w:tr>
      <w:tr w:rsidR="00477D22" w14:paraId="3FD19C9A" w14:textId="77777777">
        <w:trPr>
          <w:cantSplit/>
          <w:trHeight w:val="385"/>
          <w:jc w:val="center"/>
        </w:trPr>
        <w:tc>
          <w:tcPr>
            <w:tcW w:w="4082" w:type="dxa"/>
            <w:vAlign w:val="center"/>
          </w:tcPr>
          <w:p w14:paraId="6B46C9C6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 xml:space="preserve">Odległość od okien, </w:t>
            </w:r>
            <w:r>
              <w:rPr>
                <w:sz w:val="20"/>
              </w:rPr>
              <w:t>świetlików i wylotów wentylacji [m]</w:t>
            </w:r>
          </w:p>
        </w:tc>
        <w:tc>
          <w:tcPr>
            <w:tcW w:w="5556" w:type="dxa"/>
            <w:vAlign w:val="center"/>
          </w:tcPr>
          <w:p w14:paraId="15B79B68" w14:textId="77777777" w:rsidR="00477D22" w:rsidRDefault="00477D22">
            <w:pPr>
              <w:spacing w:before="40" w:after="40" w:line="252" w:lineRule="auto"/>
            </w:pPr>
          </w:p>
        </w:tc>
      </w:tr>
      <w:tr w:rsidR="00477D22" w14:paraId="29E8F0A7" w14:textId="77777777">
        <w:trPr>
          <w:cantSplit/>
          <w:trHeight w:val="385"/>
          <w:jc w:val="center"/>
        </w:trPr>
        <w:tc>
          <w:tcPr>
            <w:tcW w:w="4082" w:type="dxa"/>
            <w:vAlign w:val="center"/>
          </w:tcPr>
          <w:p w14:paraId="6771A625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>Droga pożarowa i dostęp dla ekip ratowniczych</w:t>
            </w:r>
          </w:p>
        </w:tc>
        <w:tc>
          <w:tcPr>
            <w:tcW w:w="5556" w:type="dxa"/>
            <w:vAlign w:val="center"/>
          </w:tcPr>
          <w:p w14:paraId="0DFFD05B" w14:textId="77777777" w:rsidR="00477D22" w:rsidRDefault="000E1D2E">
            <w:pPr>
              <w:spacing w:before="40" w:after="40" w:line="252" w:lineRule="auto"/>
            </w:pP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jest   </w:t>
            </w:r>
            <w:r>
              <w:rPr>
                <w:rFonts w:ascii="Segoe UI Symbol" w:eastAsia="Segoe UI Symbol" w:hAnsi="Segoe UI Symbol" w:cs="Segoe UI Symbol"/>
                <w:color w:val="595959"/>
                <w:sz w:val="20"/>
              </w:rPr>
              <w:t>☐</w:t>
            </w:r>
            <w:r>
              <w:rPr>
                <w:color w:val="595959"/>
                <w:sz w:val="20"/>
              </w:rPr>
              <w:t xml:space="preserve"> brak   opis:</w:t>
            </w:r>
          </w:p>
        </w:tc>
      </w:tr>
      <w:tr w:rsidR="00477D22" w14:paraId="47FE0FA6" w14:textId="77777777">
        <w:trPr>
          <w:cantSplit/>
          <w:trHeight w:val="385"/>
          <w:jc w:val="center"/>
        </w:trPr>
        <w:tc>
          <w:tcPr>
            <w:tcW w:w="4082" w:type="dxa"/>
            <w:vAlign w:val="center"/>
          </w:tcPr>
          <w:p w14:paraId="6864F5FB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>Wyjście na dach (klatka schodowa, właz, drabina)</w:t>
            </w:r>
          </w:p>
        </w:tc>
        <w:tc>
          <w:tcPr>
            <w:tcW w:w="5556" w:type="dxa"/>
            <w:vAlign w:val="center"/>
          </w:tcPr>
          <w:p w14:paraId="043D8AAF" w14:textId="77777777" w:rsidR="00477D22" w:rsidRDefault="00477D22">
            <w:pPr>
              <w:spacing w:before="40" w:after="40" w:line="252" w:lineRule="auto"/>
            </w:pPr>
          </w:p>
        </w:tc>
      </w:tr>
      <w:tr w:rsidR="00477D22" w14:paraId="5B514634" w14:textId="77777777">
        <w:trPr>
          <w:cantSplit/>
          <w:trHeight w:val="311"/>
          <w:jc w:val="center"/>
        </w:trPr>
        <w:tc>
          <w:tcPr>
            <w:tcW w:w="9638" w:type="dxa"/>
            <w:gridSpan w:val="2"/>
            <w:shd w:val="clear" w:color="auto" w:fill="FCF3DC"/>
          </w:tcPr>
          <w:p w14:paraId="78AB365B" w14:textId="77777777" w:rsidR="00477D22" w:rsidRDefault="000E1D2E">
            <w:pPr>
              <w:keepNext/>
              <w:spacing w:before="40" w:after="40" w:line="240" w:lineRule="auto"/>
            </w:pPr>
            <w:r>
              <w:rPr>
                <w:b/>
                <w:caps/>
                <w:sz w:val="20"/>
              </w:rPr>
              <w:t>I. Załączniki do uzgodnienia</w:t>
            </w:r>
          </w:p>
        </w:tc>
      </w:tr>
      <w:tr w:rsidR="00477D22" w14:paraId="73F66E22" w14:textId="77777777">
        <w:trPr>
          <w:cantSplit/>
          <w:trHeight w:val="453"/>
          <w:jc w:val="center"/>
        </w:trPr>
        <w:tc>
          <w:tcPr>
            <w:tcW w:w="9638" w:type="dxa"/>
            <w:gridSpan w:val="2"/>
          </w:tcPr>
          <w:p w14:paraId="57FF308D" w14:textId="77777777" w:rsidR="00477D22" w:rsidRDefault="000E1D2E">
            <w:pPr>
              <w:spacing w:before="40" w:after="40" w:line="252" w:lineRule="auto"/>
            </w:pPr>
            <w:r>
              <w:rPr>
                <w:rFonts w:ascii="Segoe UI Symbol" w:eastAsia="Segoe UI Symbol" w:hAnsi="Segoe UI Symbol" w:cs="Segoe UI Symbol"/>
                <w:sz w:val="20"/>
              </w:rPr>
              <w:t>☐</w:t>
            </w:r>
            <w:r>
              <w:rPr>
                <w:sz w:val="20"/>
              </w:rPr>
              <w:t xml:space="preserve">  Schemat jednokreskowy instalacji            </w:t>
            </w:r>
            <w:r>
              <w:rPr>
                <w:rFonts w:ascii="Segoe UI Symbol" w:eastAsia="Segoe UI Symbol" w:hAnsi="Segoe UI Symbol" w:cs="Segoe UI Symbol"/>
                <w:sz w:val="20"/>
              </w:rPr>
              <w:t>☐</w:t>
            </w:r>
            <w:r>
              <w:rPr>
                <w:sz w:val="20"/>
              </w:rPr>
              <w:t xml:space="preserve">  Rzut dachu z rozmieszczeniem modułów i tras kablowych</w:t>
            </w:r>
          </w:p>
        </w:tc>
      </w:tr>
      <w:tr w:rsidR="00477D22" w14:paraId="29906208" w14:textId="77777777">
        <w:trPr>
          <w:cantSplit/>
          <w:trHeight w:val="453"/>
          <w:jc w:val="center"/>
        </w:trPr>
        <w:tc>
          <w:tcPr>
            <w:tcW w:w="9638" w:type="dxa"/>
            <w:gridSpan w:val="2"/>
          </w:tcPr>
          <w:p w14:paraId="4FEBF12E" w14:textId="77777777" w:rsidR="00477D22" w:rsidRDefault="000E1D2E">
            <w:pPr>
              <w:spacing w:before="40" w:after="40" w:line="252" w:lineRule="auto"/>
            </w:pPr>
            <w:r>
              <w:rPr>
                <w:rFonts w:ascii="Segoe UI Symbol" w:eastAsia="Segoe UI Symbol" w:hAnsi="Segoe UI Symbol" w:cs="Segoe UI Symbol"/>
                <w:sz w:val="20"/>
              </w:rPr>
              <w:t>☐</w:t>
            </w:r>
            <w:r>
              <w:rPr>
                <w:sz w:val="20"/>
              </w:rPr>
              <w:t xml:space="preserve">  Projekt zagospodarowania terenu lub mapa (instalacje gruntowe)            </w:t>
            </w:r>
            <w:r>
              <w:rPr>
                <w:rFonts w:ascii="Segoe UI Symbol" w:eastAsia="Segoe UI Symbol" w:hAnsi="Segoe UI Symbol" w:cs="Segoe UI Symbol"/>
                <w:sz w:val="20"/>
              </w:rPr>
              <w:t>☐</w:t>
            </w:r>
            <w:r>
              <w:rPr>
                <w:sz w:val="20"/>
              </w:rPr>
              <w:t xml:space="preserve">  Opis techniczny</w:t>
            </w:r>
          </w:p>
        </w:tc>
      </w:tr>
      <w:tr w:rsidR="00477D22" w14:paraId="599E0EC7" w14:textId="77777777">
        <w:trPr>
          <w:cantSplit/>
          <w:trHeight w:val="453"/>
          <w:jc w:val="center"/>
        </w:trPr>
        <w:tc>
          <w:tcPr>
            <w:tcW w:w="9638" w:type="dxa"/>
            <w:gridSpan w:val="2"/>
          </w:tcPr>
          <w:p w14:paraId="230D8B19" w14:textId="77777777" w:rsidR="00477D22" w:rsidRDefault="000E1D2E">
            <w:pPr>
              <w:spacing w:before="40" w:after="40" w:line="252" w:lineRule="auto"/>
            </w:pPr>
            <w:r>
              <w:rPr>
                <w:rFonts w:ascii="Segoe UI Symbol" w:eastAsia="Segoe UI Symbol" w:hAnsi="Segoe UI Symbol" w:cs="Segoe UI Symbol"/>
                <w:sz w:val="20"/>
              </w:rPr>
              <w:t>☐</w:t>
            </w:r>
            <w:r>
              <w:rPr>
                <w:sz w:val="20"/>
              </w:rPr>
              <w:t xml:space="preserve">  Karty katalogowe modułów            </w:t>
            </w:r>
            <w:r>
              <w:rPr>
                <w:rFonts w:ascii="Segoe UI Symbol" w:eastAsia="Segoe UI Symbol" w:hAnsi="Segoe UI Symbol" w:cs="Segoe UI Symbol"/>
                <w:sz w:val="20"/>
              </w:rPr>
              <w:t>☐</w:t>
            </w:r>
            <w:r>
              <w:rPr>
                <w:sz w:val="20"/>
              </w:rPr>
              <w:t xml:space="preserve">  Karta katalogowa falownika            </w:t>
            </w:r>
            <w:r>
              <w:rPr>
                <w:rFonts w:ascii="Segoe UI Symbol" w:eastAsia="Segoe UI Symbol" w:hAnsi="Segoe UI Symbol" w:cs="Segoe UI Symbol"/>
                <w:sz w:val="20"/>
              </w:rPr>
              <w:t>☐</w:t>
            </w:r>
            <w:r>
              <w:rPr>
                <w:sz w:val="20"/>
              </w:rPr>
              <w:t xml:space="preserve">  Karta magazynu energii</w:t>
            </w:r>
          </w:p>
        </w:tc>
      </w:tr>
      <w:tr w:rsidR="00477D22" w14:paraId="52241A82" w14:textId="77777777">
        <w:trPr>
          <w:cantSplit/>
          <w:trHeight w:val="453"/>
          <w:jc w:val="center"/>
        </w:trPr>
        <w:tc>
          <w:tcPr>
            <w:tcW w:w="9638" w:type="dxa"/>
            <w:gridSpan w:val="2"/>
          </w:tcPr>
          <w:p w14:paraId="1FA9DA30" w14:textId="77777777" w:rsidR="00477D22" w:rsidRDefault="000E1D2E">
            <w:pPr>
              <w:spacing w:before="40" w:after="40" w:line="252" w:lineRule="auto"/>
            </w:pPr>
            <w:r>
              <w:rPr>
                <w:rFonts w:ascii="Segoe UI Symbol" w:eastAsia="Segoe UI Symbol" w:hAnsi="Segoe UI Symbol" w:cs="Segoe UI Symbol"/>
                <w:sz w:val="20"/>
              </w:rPr>
              <w:t>☐</w:t>
            </w:r>
            <w:r>
              <w:rPr>
                <w:sz w:val="20"/>
              </w:rPr>
              <w:t xml:space="preserve">  Dokumentacja istniejącego PWP            </w:t>
            </w:r>
            <w:r>
              <w:rPr>
                <w:rFonts w:ascii="Segoe UI Symbol" w:eastAsia="Segoe UI Symbol" w:hAnsi="Segoe UI Symbol" w:cs="Segoe UI Symbol"/>
                <w:sz w:val="20"/>
              </w:rPr>
              <w:t>☐</w:t>
            </w:r>
            <w:r>
              <w:rPr>
                <w:sz w:val="20"/>
              </w:rPr>
              <w:t xml:space="preserve">  Inne: ..........................................................................</w:t>
            </w:r>
          </w:p>
        </w:tc>
      </w:tr>
      <w:tr w:rsidR="00477D22" w14:paraId="50DF275A" w14:textId="77777777">
        <w:trPr>
          <w:cantSplit/>
          <w:trHeight w:val="311"/>
          <w:jc w:val="center"/>
        </w:trPr>
        <w:tc>
          <w:tcPr>
            <w:tcW w:w="9638" w:type="dxa"/>
            <w:gridSpan w:val="2"/>
            <w:shd w:val="clear" w:color="auto" w:fill="FCF3DC"/>
          </w:tcPr>
          <w:p w14:paraId="4E19DA79" w14:textId="77777777" w:rsidR="00477D22" w:rsidRDefault="000E1D2E">
            <w:pPr>
              <w:keepNext/>
              <w:spacing w:before="40" w:after="40" w:line="240" w:lineRule="auto"/>
            </w:pPr>
            <w:r>
              <w:rPr>
                <w:b/>
                <w:caps/>
                <w:sz w:val="20"/>
              </w:rPr>
              <w:lastRenderedPageBreak/>
              <w:t>J. Uwagi i podpis</w:t>
            </w:r>
          </w:p>
        </w:tc>
      </w:tr>
      <w:tr w:rsidR="00477D22" w14:paraId="356B8B73" w14:textId="77777777">
        <w:trPr>
          <w:cantSplit/>
          <w:trHeight w:val="1134"/>
          <w:jc w:val="center"/>
        </w:trPr>
        <w:tc>
          <w:tcPr>
            <w:tcW w:w="9638" w:type="dxa"/>
            <w:gridSpan w:val="2"/>
          </w:tcPr>
          <w:p w14:paraId="1BF587E8" w14:textId="77777777" w:rsidR="00477D22" w:rsidRDefault="00477D22">
            <w:pPr>
              <w:keepNext/>
            </w:pPr>
          </w:p>
        </w:tc>
      </w:tr>
      <w:tr w:rsidR="00477D22" w14:paraId="3BE8B0FC" w14:textId="77777777">
        <w:trPr>
          <w:cantSplit/>
          <w:trHeight w:val="793"/>
          <w:jc w:val="center"/>
        </w:trPr>
        <w:tc>
          <w:tcPr>
            <w:tcW w:w="4082" w:type="dxa"/>
            <w:vAlign w:val="center"/>
          </w:tcPr>
          <w:p w14:paraId="79D18F25" w14:textId="77777777" w:rsidR="00477D22" w:rsidRDefault="000E1D2E">
            <w:pPr>
              <w:spacing w:before="40" w:after="40" w:line="252" w:lineRule="auto"/>
            </w:pPr>
            <w:r>
              <w:rPr>
                <w:sz w:val="20"/>
              </w:rPr>
              <w:t>Data i podpis osoby wypełniającej</w:t>
            </w:r>
          </w:p>
        </w:tc>
        <w:tc>
          <w:tcPr>
            <w:tcW w:w="5556" w:type="dxa"/>
            <w:vAlign w:val="center"/>
          </w:tcPr>
          <w:p w14:paraId="776D6C82" w14:textId="77777777" w:rsidR="00477D22" w:rsidRDefault="00477D22">
            <w:pPr>
              <w:spacing w:before="40" w:after="40" w:line="252" w:lineRule="auto"/>
            </w:pPr>
          </w:p>
        </w:tc>
      </w:tr>
    </w:tbl>
    <w:p w14:paraId="68DA93D4" w14:textId="77777777" w:rsidR="00477D22" w:rsidRDefault="000E1D2E">
      <w:pPr>
        <w:keepNext/>
        <w:pBdr>
          <w:bottom w:val="single" w:sz="12" w:space="2" w:color="E7A80F"/>
        </w:pBdr>
        <w:spacing w:before="220" w:after="100" w:line="240" w:lineRule="auto"/>
      </w:pPr>
      <w:r>
        <w:rPr>
          <w:b/>
          <w:caps/>
        </w:rPr>
        <w:t>Co dalej</w:t>
      </w:r>
    </w:p>
    <w:p w14:paraId="24661584" w14:textId="77777777" w:rsidR="00477D22" w:rsidRDefault="000E1D2E">
      <w:pPr>
        <w:spacing w:after="100"/>
        <w:ind w:left="454" w:hanging="454"/>
      </w:pPr>
      <w:r>
        <w:rPr>
          <w:b/>
          <w:sz w:val="21"/>
        </w:rPr>
        <w:t xml:space="preserve">1.  </w:t>
      </w:r>
      <w:r>
        <w:rPr>
          <w:sz w:val="21"/>
        </w:rPr>
        <w:t xml:space="preserve">Prześlij wypełniony arkusz razem z załącznikami na adres biuro@ppoz-online.pl. Wystarczy skan lub </w:t>
      </w:r>
      <w:r>
        <w:rPr>
          <w:sz w:val="21"/>
        </w:rPr>
        <w:t>zdjęcie czytelnie wypełnionych stron.</w:t>
      </w:r>
    </w:p>
    <w:p w14:paraId="7B543933" w14:textId="77777777" w:rsidR="00477D22" w:rsidRDefault="000E1D2E">
      <w:pPr>
        <w:spacing w:after="100"/>
        <w:ind w:left="454" w:hanging="454"/>
      </w:pPr>
      <w:r>
        <w:rPr>
          <w:b/>
          <w:sz w:val="21"/>
        </w:rPr>
        <w:t xml:space="preserve">2.  </w:t>
      </w:r>
      <w:r>
        <w:rPr>
          <w:sz w:val="21"/>
        </w:rPr>
        <w:t>Otrzymasz potwierdzenie przyjęcia i wycenę uzgodnienia. Jeżeli brakuje danych, wskażemy dokładnie które pola uzupełnić.</w:t>
      </w:r>
    </w:p>
    <w:p w14:paraId="692347F8" w14:textId="77777777" w:rsidR="00477D22" w:rsidRDefault="000E1D2E">
      <w:pPr>
        <w:spacing w:after="100"/>
        <w:ind w:left="454" w:hanging="454"/>
      </w:pPr>
      <w:r>
        <w:rPr>
          <w:b/>
          <w:sz w:val="21"/>
        </w:rPr>
        <w:t xml:space="preserve">3.  </w:t>
      </w:r>
      <w:r>
        <w:rPr>
          <w:sz w:val="21"/>
        </w:rPr>
        <w:t>Po akceptacji wyceny uzgodnienie wykonujemy zwykle w ciągu jednego dnia roboczego. Dokumentację z klauzulą uzgodnienia odsyłamy na adres e-mail podany w części A.</w:t>
      </w:r>
    </w:p>
    <w:p w14:paraId="098CEB69" w14:textId="77777777" w:rsidR="00477D22" w:rsidRDefault="000E1D2E">
      <w:pPr>
        <w:spacing w:after="100"/>
        <w:ind w:left="454" w:hanging="454"/>
      </w:pPr>
      <w:r>
        <w:rPr>
          <w:b/>
          <w:sz w:val="21"/>
        </w:rPr>
        <w:t xml:space="preserve">4.  </w:t>
      </w:r>
      <w:r>
        <w:rPr>
          <w:sz w:val="21"/>
        </w:rPr>
        <w:t>Uzgodniony schemat dołączasz do zawiadomienia składanego w komendzie powiatowej lub miejskiej Państwowej Straży Pożarnej.</w:t>
      </w:r>
    </w:p>
    <w:p w14:paraId="7E2FC759" w14:textId="77777777" w:rsidR="00477D22" w:rsidRDefault="000E1D2E">
      <w:pPr>
        <w:spacing w:before="160" w:after="40"/>
        <w:jc w:val="center"/>
      </w:pPr>
      <w:r>
        <w:rPr>
          <w:b/>
          <w:sz w:val="20"/>
        </w:rPr>
        <w:t>Masz pytania: ppoz-online.pl, biuro@ppoz-online.pl, tel. 22 740 32 32.</w:t>
      </w:r>
    </w:p>
    <w:p w14:paraId="09FFA7FB" w14:textId="77777777" w:rsidR="00477D22" w:rsidRDefault="000E1D2E">
      <w:pPr>
        <w:spacing w:before="160" w:after="0" w:line="264" w:lineRule="auto"/>
        <w:jc w:val="both"/>
      </w:pPr>
      <w:r>
        <w:rPr>
          <w:i/>
          <w:color w:val="8C8C8C"/>
          <w:sz w:val="16"/>
        </w:rPr>
        <w:t>Arkusz służy zebraniu danych wejściowych. Zakres i tryb uzgodnienia określa rozporządzenie Ministra Spraw Wewnętrznych i Administracji w sprawie uzgadniania projektu zagospodarowania działki lub terenu, projektu architektoniczno-budowlanego, projektu technicznego oraz projektu urządzenia przeciwpożarowego pod względem zgodności z wymaganiami ochrony przeciwpożarowej (Dz.U. 2023 poz. 1563).</w:t>
      </w:r>
    </w:p>
    <w:sectPr w:rsidR="00477D22" w:rsidSect="00034616">
      <w:headerReference w:type="default" r:id="rId8"/>
      <w:footerReference w:type="default" r:id="rId9"/>
      <w:pgSz w:w="11906" w:h="16838"/>
      <w:pgMar w:top="1134" w:right="1134" w:bottom="1134" w:left="1134" w:header="624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94EED1" w14:textId="77777777" w:rsidR="000E1D2E" w:rsidRDefault="000E1D2E">
      <w:pPr>
        <w:spacing w:after="0" w:line="240" w:lineRule="auto"/>
      </w:pPr>
      <w:r>
        <w:separator/>
      </w:r>
    </w:p>
  </w:endnote>
  <w:endnote w:type="continuationSeparator" w:id="0">
    <w:p w14:paraId="2200D31F" w14:textId="77777777" w:rsidR="000E1D2E" w:rsidRDefault="000E1D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92DB3A" w14:textId="77777777" w:rsidR="00477D22" w:rsidRDefault="000E1D2E">
    <w:pPr>
      <w:pStyle w:val="Stopka"/>
      <w:pBdr>
        <w:top w:val="single" w:sz="8" w:space="2" w:color="E7A80F"/>
      </w:pBdr>
      <w:spacing w:before="80"/>
      <w:jc w:val="center"/>
    </w:pPr>
    <w:r>
      <w:rPr>
        <w:color w:val="595959"/>
        <w:sz w:val="15"/>
      </w:rPr>
      <w:t>Wzór udostępnia Damian Kubera, rzeczoznawca ds. zabezpieczeń przeciwpożarowych nr 619/2015, ppoz-online.pl, biuro@ppoz-online.pl, tel. 22 740 32 32</w:t>
    </w:r>
  </w:p>
  <w:p w14:paraId="10F1024F" w14:textId="77777777" w:rsidR="00477D22" w:rsidRDefault="000E1D2E">
    <w:pPr>
      <w:spacing w:before="20" w:after="0" w:line="240" w:lineRule="auto"/>
      <w:jc w:val="center"/>
    </w:pPr>
    <w:r>
      <w:rPr>
        <w:color w:val="8C8C8C"/>
        <w:sz w:val="15"/>
      </w:rPr>
      <w:t xml:space="preserve">Strona </w:t>
    </w:r>
    <w:r>
      <w:rPr>
        <w:color w:val="8C8C8C"/>
        <w:sz w:val="15"/>
      </w:rPr>
      <w:fldChar w:fldCharType="begin"/>
    </w:r>
    <w:r>
      <w:rPr>
        <w:color w:val="8C8C8C"/>
        <w:sz w:val="15"/>
      </w:rPr>
      <w:instrText xml:space="preserve"> PAGE </w:instrText>
    </w:r>
    <w:r>
      <w:rPr>
        <w:color w:val="8C8C8C"/>
        <w:sz w:val="15"/>
      </w:rPr>
      <w:fldChar w:fldCharType="separate"/>
    </w:r>
    <w:r>
      <w:rPr>
        <w:noProof/>
        <w:color w:val="8C8C8C"/>
        <w:sz w:val="15"/>
      </w:rPr>
      <w:t>1</w:t>
    </w:r>
    <w:r>
      <w:rPr>
        <w:color w:val="8C8C8C"/>
        <w:sz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ADF8E9" w14:textId="77777777" w:rsidR="000E1D2E" w:rsidRDefault="000E1D2E">
      <w:pPr>
        <w:spacing w:after="0" w:line="240" w:lineRule="auto"/>
      </w:pPr>
      <w:r>
        <w:separator/>
      </w:r>
    </w:p>
  </w:footnote>
  <w:footnote w:type="continuationSeparator" w:id="0">
    <w:p w14:paraId="2EF9F87C" w14:textId="77777777" w:rsidR="000E1D2E" w:rsidRDefault="000E1D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CellMar>
        <w:left w:w="0" w:type="dxa"/>
        <w:bottom w:w="60" w:type="dxa"/>
        <w:right w:w="0" w:type="dxa"/>
      </w:tblCellMar>
      <w:tblLook w:val="04A0" w:firstRow="1" w:lastRow="0" w:firstColumn="1" w:lastColumn="0" w:noHBand="0" w:noVBand="1"/>
    </w:tblPr>
    <w:tblGrid>
      <w:gridCol w:w="5953"/>
      <w:gridCol w:w="3685"/>
    </w:tblGrid>
    <w:tr w:rsidR="00477D22" w14:paraId="041502D0" w14:textId="77777777">
      <w:tc>
        <w:tcPr>
          <w:tcW w:w="5953" w:type="dxa"/>
        </w:tcPr>
        <w:p w14:paraId="444B09C6" w14:textId="77777777" w:rsidR="00477D22" w:rsidRDefault="000E1D2E">
          <w:pPr>
            <w:spacing w:after="40" w:line="240" w:lineRule="auto"/>
          </w:pPr>
          <w:r>
            <w:rPr>
              <w:b/>
              <w:color w:val="E7A80F"/>
            </w:rPr>
            <w:t>ppoz-online.pl</w:t>
          </w:r>
          <w:r>
            <w:rPr>
              <w:color w:val="595959"/>
              <w:sz w:val="20"/>
            </w:rPr>
            <w:t xml:space="preserve">  |  Uzgodnienia przeciwpożarowe online</w:t>
          </w:r>
        </w:p>
      </w:tc>
      <w:tc>
        <w:tcPr>
          <w:tcW w:w="3685" w:type="dxa"/>
        </w:tcPr>
        <w:p w14:paraId="0DC2C53A" w14:textId="77777777" w:rsidR="00477D22" w:rsidRDefault="000E1D2E">
          <w:pPr>
            <w:spacing w:after="40" w:line="240" w:lineRule="auto"/>
            <w:jc w:val="right"/>
          </w:pPr>
          <w:r>
            <w:rPr>
              <w:color w:val="8C8C8C"/>
              <w:sz w:val="18"/>
            </w:rPr>
            <w:t>Arkusz danych do uzgodnienia PV</w:t>
          </w:r>
        </w:p>
      </w:tc>
    </w:tr>
  </w:tbl>
  <w:p w14:paraId="351996A4" w14:textId="77777777" w:rsidR="00477D22" w:rsidRDefault="00477D22">
    <w:pPr>
      <w:pBdr>
        <w:top w:val="single" w:sz="12" w:space="2" w:color="E7A80F"/>
      </w:pBdr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95935551">
    <w:abstractNumId w:val="8"/>
  </w:num>
  <w:num w:numId="2" w16cid:durableId="197546919">
    <w:abstractNumId w:val="6"/>
  </w:num>
  <w:num w:numId="3" w16cid:durableId="287053981">
    <w:abstractNumId w:val="5"/>
  </w:num>
  <w:num w:numId="4" w16cid:durableId="960183675">
    <w:abstractNumId w:val="4"/>
  </w:num>
  <w:num w:numId="5" w16cid:durableId="1274744631">
    <w:abstractNumId w:val="7"/>
  </w:num>
  <w:num w:numId="6" w16cid:durableId="1370767137">
    <w:abstractNumId w:val="3"/>
  </w:num>
  <w:num w:numId="7" w16cid:durableId="1897547799">
    <w:abstractNumId w:val="2"/>
  </w:num>
  <w:num w:numId="8" w16cid:durableId="265775629">
    <w:abstractNumId w:val="1"/>
  </w:num>
  <w:num w:numId="9" w16cid:durableId="253362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1D2E"/>
    <w:rsid w:val="0015074B"/>
    <w:rsid w:val="0029639D"/>
    <w:rsid w:val="00326F90"/>
    <w:rsid w:val="00477D2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4E33B0"/>
  <w14:defaultImageDpi w14:val="300"/>
  <w15:docId w15:val="{81F761D1-3A4B-4588-AFAE-562C7C582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/>
    </w:pPr>
    <w:rPr>
      <w:rFonts w:ascii="Calibri" w:eastAsia="Calibri" w:hAnsi="Calibri" w:cs="Calibri"/>
      <w:color w:val="1F1F1F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679</Words>
  <Characters>4123</Characters>
  <Application>Microsoft Office Word</Application>
  <DocSecurity>0</DocSecurity>
  <Lines>159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F&amp;K Rzeczoznawcy</Company>
  <LinksUpToDate>false</LinksUpToDate>
  <CharactersWithSpaces>4917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Arkusz danych do uzgodnienia instalacji fotowoltaicznej</dc:title>
  <dc:subject>Formularz danych wejściowych do uzgodnienia projektu PV</dc:subject>
  <dc:creator>Damian Kubera</dc:creator>
  <cp:keywords>fotowoltaika, uzgodnienie, arkusz danych, PV, rzeczoznawca</cp:keywords>
  <dc:description>Wzór udostępniany bezpłatnie przez serwis ppoz-online.pl. Dokument ma charakter pomocniczy.</dc:description>
  <cp:lastModifiedBy>Damian Kubera</cp:lastModifiedBy>
  <cp:revision>2</cp:revision>
  <dcterms:created xsi:type="dcterms:W3CDTF">2026-09-19T14:28:00Z</dcterms:created>
  <dcterms:modified xsi:type="dcterms:W3CDTF">2026-09-19T14:28:00Z</dcterms:modified>
  <cp:category>Wzory dokumentów</cp:category>
</cp:coreProperties>
</file>