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86"/>
        <w:gridCol w:w="4252"/>
      </w:tblGrid>
      <w:tr w:rsidR="00F37152" w14:paraId="4A9449DB" w14:textId="77777777">
        <w:trPr>
          <w:cantSplit/>
        </w:trPr>
        <w:tc>
          <w:tcPr>
            <w:tcW w:w="5386" w:type="dxa"/>
          </w:tcPr>
          <w:p w14:paraId="0C4A37D8" w14:textId="77777777" w:rsidR="00F37152" w:rsidRDefault="007916E2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252" w:type="dxa"/>
          </w:tcPr>
          <w:p w14:paraId="164D0036" w14:textId="77777777" w:rsidR="00F37152" w:rsidRDefault="007916E2">
            <w:pPr>
              <w:spacing w:after="0" w:line="240" w:lineRule="auto"/>
              <w:jc w:val="right"/>
            </w:pPr>
            <w:r>
              <w:rPr>
                <w:sz w:val="18"/>
              </w:rPr>
              <w:t xml:space="preserve"> </w:t>
            </w:r>
          </w:p>
          <w:p w14:paraId="230DC793" w14:textId="77777777" w:rsidR="00F37152" w:rsidRDefault="007916E2">
            <w:pPr>
              <w:keepNext/>
              <w:pBdr>
                <w:bottom w:val="single" w:sz="4" w:space="2" w:color="8C8C8C"/>
              </w:pBdr>
              <w:spacing w:before="80" w:after="0" w:line="240" w:lineRule="auto"/>
              <w:jc w:val="right"/>
            </w:pPr>
            <w:r>
              <w:t xml:space="preserve"> </w:t>
            </w:r>
          </w:p>
          <w:p w14:paraId="62AE0F78" w14:textId="77777777" w:rsidR="00F37152" w:rsidRDefault="007916E2">
            <w:pPr>
              <w:spacing w:after="40" w:line="240" w:lineRule="auto"/>
              <w:jc w:val="right"/>
            </w:pPr>
            <w:r>
              <w:rPr>
                <w:i/>
                <w:color w:val="8C8C8C"/>
                <w:sz w:val="16"/>
              </w:rPr>
              <w:t>miejscowość, data</w:t>
            </w:r>
          </w:p>
        </w:tc>
      </w:tr>
    </w:tbl>
    <w:p w14:paraId="35E2398A" w14:textId="77777777" w:rsidR="00F37152" w:rsidRDefault="007916E2">
      <w:pPr>
        <w:spacing w:before="120" w:after="40" w:line="240" w:lineRule="auto"/>
        <w:jc w:val="center"/>
      </w:pPr>
      <w:r>
        <w:rPr>
          <w:b/>
          <w:sz w:val="36"/>
        </w:rPr>
        <w:t>PEŁNOMOCNICTWO</w:t>
      </w:r>
    </w:p>
    <w:p w14:paraId="42C63AF3" w14:textId="77777777" w:rsidR="00F37152" w:rsidRDefault="007916E2">
      <w:pPr>
        <w:spacing w:after="40" w:line="264" w:lineRule="auto"/>
        <w:jc w:val="center"/>
      </w:pPr>
      <w:r>
        <w:rPr>
          <w:color w:val="595959"/>
          <w:sz w:val="21"/>
        </w:rPr>
        <w:t>do reprezentowania inwestora przy uzgodnieniu projektu instalacji fotowoltaicznej z rzeczoznawcą do spraw zabezpieczeń przeciwpożarowych oraz przy zawiadomieniu Państwowej Straży Pożarnej</w:t>
      </w:r>
    </w:p>
    <w:p w14:paraId="49D0519F" w14:textId="77777777" w:rsidR="00F37152" w:rsidRDefault="007916E2">
      <w:pPr>
        <w:pBdr>
          <w:bottom w:val="single" w:sz="18" w:space="2" w:color="E7A80F"/>
        </w:pBdr>
        <w:spacing w:before="40" w:after="160" w:line="240" w:lineRule="auto"/>
      </w:pPr>
      <w:r>
        <w:rPr>
          <w:sz w:val="4"/>
        </w:rPr>
        <w:t xml:space="preserve"> </w:t>
      </w:r>
    </w:p>
    <w:p w14:paraId="57D81654" w14:textId="77777777" w:rsidR="00F37152" w:rsidRDefault="007916E2">
      <w:pPr>
        <w:keepNext/>
        <w:pBdr>
          <w:bottom w:val="single" w:sz="12" w:space="2" w:color="E7A80F"/>
        </w:pBdr>
        <w:spacing w:before="40" w:after="100" w:line="240" w:lineRule="auto"/>
      </w:pPr>
      <w:r>
        <w:rPr>
          <w:b/>
          <w:caps/>
        </w:rPr>
        <w:t xml:space="preserve">1. Mocodawca </w:t>
      </w:r>
      <w:r>
        <w:rPr>
          <w:b/>
          <w:caps/>
        </w:rPr>
        <w:t>(inwestor)</w:t>
      </w:r>
    </w:p>
    <w:tbl>
      <w:tblPr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515"/>
        <w:gridCol w:w="6123"/>
      </w:tblGrid>
      <w:tr w:rsidR="00F37152" w14:paraId="4B1E350D" w14:textId="77777777">
        <w:trPr>
          <w:cantSplit/>
          <w:trHeight w:val="385"/>
          <w:jc w:val="center"/>
        </w:trPr>
        <w:tc>
          <w:tcPr>
            <w:tcW w:w="3515" w:type="dxa"/>
            <w:vAlign w:val="center"/>
          </w:tcPr>
          <w:p w14:paraId="17DD7EFE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>Imię i nazwisko albo nazwa</w:t>
            </w:r>
          </w:p>
        </w:tc>
        <w:tc>
          <w:tcPr>
            <w:tcW w:w="6123" w:type="dxa"/>
            <w:vAlign w:val="center"/>
          </w:tcPr>
          <w:p w14:paraId="275D8E06" w14:textId="77777777" w:rsidR="00F37152" w:rsidRDefault="00F37152">
            <w:pPr>
              <w:spacing w:before="40" w:after="40" w:line="252" w:lineRule="auto"/>
            </w:pPr>
          </w:p>
        </w:tc>
      </w:tr>
      <w:tr w:rsidR="00F37152" w14:paraId="77EDF87A" w14:textId="77777777">
        <w:trPr>
          <w:cantSplit/>
          <w:trHeight w:val="385"/>
          <w:jc w:val="center"/>
        </w:trPr>
        <w:tc>
          <w:tcPr>
            <w:tcW w:w="3515" w:type="dxa"/>
            <w:vAlign w:val="center"/>
          </w:tcPr>
          <w:p w14:paraId="60E60864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>Adres zamieszkania lub siedziby</w:t>
            </w:r>
          </w:p>
        </w:tc>
        <w:tc>
          <w:tcPr>
            <w:tcW w:w="6123" w:type="dxa"/>
            <w:vAlign w:val="center"/>
          </w:tcPr>
          <w:p w14:paraId="73DCC7E8" w14:textId="77777777" w:rsidR="00F37152" w:rsidRDefault="00F37152">
            <w:pPr>
              <w:spacing w:before="40" w:after="40" w:line="252" w:lineRule="auto"/>
            </w:pPr>
          </w:p>
        </w:tc>
      </w:tr>
      <w:tr w:rsidR="00F37152" w14:paraId="489F1AB8" w14:textId="77777777">
        <w:trPr>
          <w:cantSplit/>
          <w:trHeight w:val="385"/>
          <w:jc w:val="center"/>
        </w:trPr>
        <w:tc>
          <w:tcPr>
            <w:tcW w:w="3515" w:type="dxa"/>
            <w:vAlign w:val="center"/>
          </w:tcPr>
          <w:p w14:paraId="7F62616B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>PESEL albo NIP</w:t>
            </w:r>
          </w:p>
        </w:tc>
        <w:tc>
          <w:tcPr>
            <w:tcW w:w="6123" w:type="dxa"/>
            <w:vAlign w:val="center"/>
          </w:tcPr>
          <w:p w14:paraId="7C4044DF" w14:textId="77777777" w:rsidR="00F37152" w:rsidRDefault="00F37152">
            <w:pPr>
              <w:spacing w:before="40" w:after="40" w:line="252" w:lineRule="auto"/>
            </w:pPr>
          </w:p>
        </w:tc>
      </w:tr>
      <w:tr w:rsidR="00F37152" w14:paraId="08646D67" w14:textId="77777777">
        <w:trPr>
          <w:cantSplit/>
          <w:trHeight w:val="385"/>
          <w:jc w:val="center"/>
        </w:trPr>
        <w:tc>
          <w:tcPr>
            <w:tcW w:w="3515" w:type="dxa"/>
            <w:vAlign w:val="center"/>
          </w:tcPr>
          <w:p w14:paraId="1AD0DA7D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>Telefon i adres e-mail</w:t>
            </w:r>
          </w:p>
        </w:tc>
        <w:tc>
          <w:tcPr>
            <w:tcW w:w="6123" w:type="dxa"/>
            <w:vAlign w:val="center"/>
          </w:tcPr>
          <w:p w14:paraId="595AB87D" w14:textId="77777777" w:rsidR="00F37152" w:rsidRDefault="00F37152">
            <w:pPr>
              <w:spacing w:before="40" w:after="40" w:line="252" w:lineRule="auto"/>
            </w:pPr>
          </w:p>
        </w:tc>
      </w:tr>
      <w:tr w:rsidR="00F37152" w14:paraId="07D5FE42" w14:textId="77777777">
        <w:trPr>
          <w:cantSplit/>
          <w:trHeight w:val="385"/>
          <w:jc w:val="center"/>
        </w:trPr>
        <w:tc>
          <w:tcPr>
            <w:tcW w:w="3515" w:type="dxa"/>
            <w:vAlign w:val="center"/>
          </w:tcPr>
          <w:p w14:paraId="0FC5C1AB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>Osoba reprezentująca (dla firm) i podstawa reprezentacji</w:t>
            </w:r>
          </w:p>
        </w:tc>
        <w:tc>
          <w:tcPr>
            <w:tcW w:w="6123" w:type="dxa"/>
            <w:vAlign w:val="center"/>
          </w:tcPr>
          <w:p w14:paraId="30A367E8" w14:textId="77777777" w:rsidR="00F37152" w:rsidRDefault="00F37152">
            <w:pPr>
              <w:spacing w:before="40" w:after="40" w:line="252" w:lineRule="auto"/>
            </w:pPr>
          </w:p>
        </w:tc>
      </w:tr>
    </w:tbl>
    <w:p w14:paraId="3787EEB0" w14:textId="77777777" w:rsidR="00F37152" w:rsidRDefault="007916E2">
      <w:pPr>
        <w:keepNext/>
        <w:pBdr>
          <w:bottom w:val="single" w:sz="12" w:space="2" w:color="E7A80F"/>
        </w:pBdr>
        <w:spacing w:before="220" w:after="100" w:line="240" w:lineRule="auto"/>
      </w:pPr>
      <w:r>
        <w:rPr>
          <w:b/>
          <w:caps/>
        </w:rPr>
        <w:t>2. Pełnomocnik</w:t>
      </w:r>
    </w:p>
    <w:tbl>
      <w:tblPr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515"/>
        <w:gridCol w:w="6123"/>
      </w:tblGrid>
      <w:tr w:rsidR="00F37152" w14:paraId="7E033D93" w14:textId="77777777">
        <w:trPr>
          <w:cantSplit/>
          <w:trHeight w:val="385"/>
          <w:jc w:val="center"/>
        </w:trPr>
        <w:tc>
          <w:tcPr>
            <w:tcW w:w="3515" w:type="dxa"/>
            <w:vAlign w:val="center"/>
          </w:tcPr>
          <w:p w14:paraId="74DC9F11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>Imię i nazwisko</w:t>
            </w:r>
          </w:p>
        </w:tc>
        <w:tc>
          <w:tcPr>
            <w:tcW w:w="6123" w:type="dxa"/>
            <w:vAlign w:val="center"/>
          </w:tcPr>
          <w:p w14:paraId="4ECF33CE" w14:textId="77777777" w:rsidR="00F37152" w:rsidRDefault="00F37152">
            <w:pPr>
              <w:spacing w:before="40" w:after="40" w:line="252" w:lineRule="auto"/>
            </w:pPr>
          </w:p>
        </w:tc>
      </w:tr>
      <w:tr w:rsidR="00F37152" w14:paraId="11409C0C" w14:textId="77777777">
        <w:trPr>
          <w:cantSplit/>
          <w:trHeight w:val="385"/>
          <w:jc w:val="center"/>
        </w:trPr>
        <w:tc>
          <w:tcPr>
            <w:tcW w:w="3515" w:type="dxa"/>
            <w:vAlign w:val="center"/>
          </w:tcPr>
          <w:p w14:paraId="5D5E2524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>Firma, jeżeli dotyczy</w:t>
            </w:r>
          </w:p>
        </w:tc>
        <w:tc>
          <w:tcPr>
            <w:tcW w:w="6123" w:type="dxa"/>
            <w:vAlign w:val="center"/>
          </w:tcPr>
          <w:p w14:paraId="7FC3AFEA" w14:textId="77777777" w:rsidR="00F37152" w:rsidRDefault="00F37152">
            <w:pPr>
              <w:spacing w:before="40" w:after="40" w:line="252" w:lineRule="auto"/>
            </w:pPr>
          </w:p>
        </w:tc>
      </w:tr>
      <w:tr w:rsidR="00F37152" w14:paraId="024B4E7D" w14:textId="77777777">
        <w:trPr>
          <w:cantSplit/>
          <w:trHeight w:val="385"/>
          <w:jc w:val="center"/>
        </w:trPr>
        <w:tc>
          <w:tcPr>
            <w:tcW w:w="3515" w:type="dxa"/>
            <w:vAlign w:val="center"/>
          </w:tcPr>
          <w:p w14:paraId="76AF2B88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>Adres</w:t>
            </w:r>
          </w:p>
        </w:tc>
        <w:tc>
          <w:tcPr>
            <w:tcW w:w="6123" w:type="dxa"/>
            <w:vAlign w:val="center"/>
          </w:tcPr>
          <w:p w14:paraId="392602EF" w14:textId="77777777" w:rsidR="00F37152" w:rsidRDefault="00F37152">
            <w:pPr>
              <w:spacing w:before="40" w:after="40" w:line="252" w:lineRule="auto"/>
            </w:pPr>
          </w:p>
        </w:tc>
      </w:tr>
      <w:tr w:rsidR="00F37152" w14:paraId="682C5DE7" w14:textId="77777777">
        <w:trPr>
          <w:cantSplit/>
          <w:trHeight w:val="385"/>
          <w:jc w:val="center"/>
        </w:trPr>
        <w:tc>
          <w:tcPr>
            <w:tcW w:w="3515" w:type="dxa"/>
            <w:vAlign w:val="center"/>
          </w:tcPr>
          <w:p w14:paraId="1E0EC5B6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 xml:space="preserve">PESEL albo </w:t>
            </w:r>
            <w:r>
              <w:rPr>
                <w:sz w:val="20"/>
              </w:rPr>
              <w:t>NIP</w:t>
            </w:r>
          </w:p>
        </w:tc>
        <w:tc>
          <w:tcPr>
            <w:tcW w:w="6123" w:type="dxa"/>
            <w:vAlign w:val="center"/>
          </w:tcPr>
          <w:p w14:paraId="37C3A8B8" w14:textId="77777777" w:rsidR="00F37152" w:rsidRDefault="00F37152">
            <w:pPr>
              <w:spacing w:before="40" w:after="40" w:line="252" w:lineRule="auto"/>
            </w:pPr>
          </w:p>
        </w:tc>
      </w:tr>
      <w:tr w:rsidR="00F37152" w14:paraId="0FD1FD61" w14:textId="77777777">
        <w:trPr>
          <w:cantSplit/>
          <w:trHeight w:val="385"/>
          <w:jc w:val="center"/>
        </w:trPr>
        <w:tc>
          <w:tcPr>
            <w:tcW w:w="3515" w:type="dxa"/>
            <w:vAlign w:val="center"/>
          </w:tcPr>
          <w:p w14:paraId="091B5691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>Telefon i adres e-mail</w:t>
            </w:r>
          </w:p>
        </w:tc>
        <w:tc>
          <w:tcPr>
            <w:tcW w:w="6123" w:type="dxa"/>
            <w:vAlign w:val="center"/>
          </w:tcPr>
          <w:p w14:paraId="78D49E83" w14:textId="77777777" w:rsidR="00F37152" w:rsidRDefault="00F37152">
            <w:pPr>
              <w:spacing w:before="40" w:after="40" w:line="252" w:lineRule="auto"/>
            </w:pPr>
          </w:p>
        </w:tc>
      </w:tr>
    </w:tbl>
    <w:p w14:paraId="05F23A66" w14:textId="77777777" w:rsidR="00F37152" w:rsidRDefault="007916E2">
      <w:pPr>
        <w:keepNext/>
        <w:pBdr>
          <w:bottom w:val="single" w:sz="12" w:space="2" w:color="E7A80F"/>
        </w:pBdr>
        <w:spacing w:before="220" w:after="100" w:line="240" w:lineRule="auto"/>
      </w:pPr>
      <w:r>
        <w:rPr>
          <w:b/>
          <w:caps/>
        </w:rPr>
        <w:t>3. Zakres pełnomocnictwa</w:t>
      </w:r>
    </w:p>
    <w:p w14:paraId="38B70B76" w14:textId="77777777" w:rsidR="00F37152" w:rsidRDefault="007916E2">
      <w:pPr>
        <w:spacing w:after="120" w:line="300" w:lineRule="auto"/>
        <w:jc w:val="both"/>
      </w:pPr>
      <w:r>
        <w:rPr>
          <w:sz w:val="21"/>
        </w:rPr>
        <w:t xml:space="preserve">Udzielam pełnomocnictwa do działania w moim imieniu w sprawach dotyczących instalacji fotowoltaicznej o mocy zainstalowanej elektrycznej ................ kW, zlokalizowanej w </w:t>
      </w:r>
      <w:r>
        <w:rPr>
          <w:sz w:val="21"/>
        </w:rPr>
        <w:t>..........................................................., na działce nr ..................... w obrębie ....................., w zakresie zaznaczonym poniżej:</w:t>
      </w:r>
    </w:p>
    <w:p w14:paraId="613F6E61" w14:textId="77777777" w:rsidR="00F37152" w:rsidRDefault="007916E2">
      <w:pPr>
        <w:ind w:left="454" w:hanging="454"/>
      </w:pPr>
      <w:r>
        <w:rPr>
          <w:rFonts w:ascii="Segoe UI Symbol" w:eastAsia="Segoe UI Symbol" w:hAnsi="Segoe UI Symbol" w:cs="Segoe UI Symbol"/>
          <w:sz w:val="21"/>
        </w:rPr>
        <w:t>☐</w:t>
      </w:r>
      <w:r>
        <w:rPr>
          <w:sz w:val="21"/>
        </w:rPr>
        <w:t xml:space="preserve">  przekazania dokumentacji projektowej instalacji fotowoltaicznej do uzgodnienia z rzeczoznawcą do spraw zabezpieczeń przeciwpożarowych oraz odbioru uzgodnionej dokumentacji,</w:t>
      </w:r>
    </w:p>
    <w:p w14:paraId="597A6823" w14:textId="77777777" w:rsidR="00F37152" w:rsidRDefault="007916E2">
      <w:pPr>
        <w:ind w:left="454" w:hanging="454"/>
      </w:pPr>
      <w:r>
        <w:rPr>
          <w:rFonts w:ascii="Segoe UI Symbol" w:eastAsia="Segoe UI Symbol" w:hAnsi="Segoe UI Symbol" w:cs="Segoe UI Symbol"/>
          <w:sz w:val="21"/>
        </w:rPr>
        <w:t>☐</w:t>
      </w:r>
      <w:r>
        <w:rPr>
          <w:sz w:val="21"/>
        </w:rPr>
        <w:t xml:space="preserve">  dokonywania uzupełnień, wyjaśnień i korekt dokumentacji w toku uzgodnienia, w tym prowadzenia korespondencji z rzeczoznawcą,</w:t>
      </w:r>
    </w:p>
    <w:p w14:paraId="47F9EBF1" w14:textId="77777777" w:rsidR="00F37152" w:rsidRDefault="007916E2">
      <w:pPr>
        <w:ind w:left="454" w:hanging="454"/>
      </w:pPr>
      <w:r>
        <w:rPr>
          <w:rFonts w:ascii="Segoe UI Symbol" w:eastAsia="Segoe UI Symbol" w:hAnsi="Segoe UI Symbol" w:cs="Segoe UI Symbol"/>
          <w:sz w:val="21"/>
        </w:rPr>
        <w:t>☐</w:t>
      </w:r>
      <w:r>
        <w:rPr>
          <w:sz w:val="21"/>
        </w:rPr>
        <w:t xml:space="preserve">  podpisania i złożenia zawiadomienia do komendanta powiatowego lub miejskiego Państwowej Straży Pożarnej o zakończeniu instalowania urządzeń fotowoltaicznych i rozpoczęciu ich użytkowania (art. 29 ust. 4 pkt 3 lit. c ustawy Prawo budowlane),</w:t>
      </w:r>
    </w:p>
    <w:p w14:paraId="59DD6599" w14:textId="77777777" w:rsidR="00F37152" w:rsidRDefault="007916E2">
      <w:pPr>
        <w:ind w:left="454" w:hanging="454"/>
      </w:pPr>
      <w:r>
        <w:rPr>
          <w:rFonts w:ascii="Segoe UI Symbol" w:eastAsia="Segoe UI Symbol" w:hAnsi="Segoe UI Symbol" w:cs="Segoe UI Symbol"/>
          <w:sz w:val="21"/>
        </w:rPr>
        <w:t>☐</w:t>
      </w:r>
      <w:r>
        <w:rPr>
          <w:sz w:val="21"/>
        </w:rPr>
        <w:t xml:space="preserve">  reprezentowania mocodawcy w toku czynności kontrolno-rozpoznawczych Państwowej Straży Pożarnej oraz odbioru korespondencji w tej sprawie,</w:t>
      </w:r>
    </w:p>
    <w:p w14:paraId="1D8F91C0" w14:textId="77777777" w:rsidR="00F37152" w:rsidRDefault="007916E2">
      <w:pPr>
        <w:ind w:left="454" w:hanging="454"/>
      </w:pPr>
      <w:r>
        <w:rPr>
          <w:rFonts w:ascii="Segoe UI Symbol" w:eastAsia="Segoe UI Symbol" w:hAnsi="Segoe UI Symbol" w:cs="Segoe UI Symbol"/>
          <w:sz w:val="21"/>
        </w:rPr>
        <w:lastRenderedPageBreak/>
        <w:t>☐</w:t>
      </w:r>
      <w:r>
        <w:rPr>
          <w:sz w:val="21"/>
        </w:rPr>
        <w:t xml:space="preserve">  dokonania zgłoszenia robót budowlanych w organie administracji architektoniczno-budowlanej (art. 30 ustawy Prawo budowlane),</w:t>
      </w:r>
    </w:p>
    <w:p w14:paraId="27D72D32" w14:textId="77777777" w:rsidR="00F37152" w:rsidRDefault="007916E2">
      <w:pPr>
        <w:ind w:left="454" w:hanging="454"/>
      </w:pPr>
      <w:r>
        <w:rPr>
          <w:rFonts w:ascii="Segoe UI Symbol" w:eastAsia="Segoe UI Symbol" w:hAnsi="Segoe UI Symbol" w:cs="Segoe UI Symbol"/>
          <w:sz w:val="21"/>
        </w:rPr>
        <w:t>☐</w:t>
      </w:r>
      <w:r>
        <w:rPr>
          <w:sz w:val="21"/>
        </w:rPr>
        <w:t xml:space="preserve">  inny zakres: 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4535"/>
        <w:gridCol w:w="5102"/>
      </w:tblGrid>
      <w:tr w:rsidR="00F37152" w14:paraId="1FC56D98" w14:textId="77777777">
        <w:trPr>
          <w:cantSplit/>
          <w:trHeight w:val="385"/>
          <w:jc w:val="center"/>
        </w:trPr>
        <w:tc>
          <w:tcPr>
            <w:tcW w:w="4535" w:type="dxa"/>
            <w:vAlign w:val="center"/>
          </w:tcPr>
          <w:p w14:paraId="04EDA4B8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>Prawo do udzielania dalszych pełnomocnictw (substytucja)</w:t>
            </w:r>
          </w:p>
        </w:tc>
        <w:tc>
          <w:tcPr>
            <w:tcW w:w="5102" w:type="dxa"/>
            <w:vAlign w:val="center"/>
          </w:tcPr>
          <w:p w14:paraId="2BD4DA3F" w14:textId="77777777" w:rsidR="00F37152" w:rsidRDefault="007916E2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przysługuje     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nie przysługuje</w:t>
            </w:r>
          </w:p>
        </w:tc>
      </w:tr>
      <w:tr w:rsidR="00F37152" w14:paraId="2990B25A" w14:textId="77777777">
        <w:trPr>
          <w:cantSplit/>
          <w:trHeight w:val="385"/>
          <w:jc w:val="center"/>
        </w:trPr>
        <w:tc>
          <w:tcPr>
            <w:tcW w:w="4535" w:type="dxa"/>
            <w:vAlign w:val="center"/>
          </w:tcPr>
          <w:p w14:paraId="740A175D" w14:textId="77777777" w:rsidR="00F37152" w:rsidRDefault="007916E2">
            <w:pPr>
              <w:spacing w:before="40" w:after="40" w:line="252" w:lineRule="auto"/>
            </w:pPr>
            <w:r>
              <w:rPr>
                <w:sz w:val="20"/>
              </w:rPr>
              <w:t>Okres obowiązywania</w:t>
            </w:r>
          </w:p>
        </w:tc>
        <w:tc>
          <w:tcPr>
            <w:tcW w:w="5102" w:type="dxa"/>
            <w:vAlign w:val="center"/>
          </w:tcPr>
          <w:p w14:paraId="422F3F00" w14:textId="77777777" w:rsidR="00F37152" w:rsidRDefault="007916E2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do odwołania     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do dnia:</w:t>
            </w:r>
          </w:p>
        </w:tc>
      </w:tr>
    </w:tbl>
    <w:p w14:paraId="2F16E7E2" w14:textId="77777777" w:rsidR="00F37152" w:rsidRDefault="007916E2">
      <w:pPr>
        <w:keepNext/>
        <w:pBdr>
          <w:bottom w:val="single" w:sz="12" w:space="2" w:color="E7A80F"/>
        </w:pBdr>
        <w:spacing w:before="220" w:after="100" w:line="240" w:lineRule="auto"/>
      </w:pPr>
      <w:r>
        <w:rPr>
          <w:b/>
          <w:caps/>
        </w:rPr>
        <w:t>4. Opłata skarbowa</w:t>
      </w:r>
    </w:p>
    <w:p w14:paraId="1CCAA3FE" w14:textId="77777777" w:rsidR="00F37152" w:rsidRDefault="007916E2">
      <w:pPr>
        <w:spacing w:line="288" w:lineRule="auto"/>
        <w:jc w:val="both"/>
      </w:pPr>
      <w:r>
        <w:rPr>
          <w:sz w:val="20"/>
        </w:rPr>
        <w:t xml:space="preserve">Złożenie dokumentu stwierdzającego udzielenie pełnomocnictwa w organie administracji publicznej podlega opłacie skarbowej w wysokości 17 zł od każdego stosunku </w:t>
      </w:r>
      <w:r>
        <w:rPr>
          <w:sz w:val="20"/>
        </w:rPr>
        <w:t>pełnomocnictwa, na podstawie ustawy z dnia 16 listopada 2006 r. o opłacie skarbowej. Opłatę wnosi się na rachunek urzędu miasta lub gminy właściwego ze względu na siedzibę organu, w którym składany jest dokument, a dowód zapłaty dołącza się do pełnomocnictwa.</w:t>
      </w:r>
    </w:p>
    <w:p w14:paraId="2502076A" w14:textId="77777777" w:rsidR="00F37152" w:rsidRDefault="007916E2">
      <w:pPr>
        <w:spacing w:after="60"/>
        <w:ind w:left="454" w:hanging="454"/>
      </w:pPr>
      <w:r>
        <w:rPr>
          <w:b/>
          <w:color w:val="E7A80F"/>
          <w:sz w:val="19"/>
        </w:rPr>
        <w:t xml:space="preserve">•  </w:t>
      </w:r>
      <w:r>
        <w:rPr>
          <w:sz w:val="19"/>
        </w:rPr>
        <w:t>Zwolnione z opłaty jest pełnomocnictwo udzielone małżonkowi, wstępnemu, zstępnemu lub rodzeństwu.</w:t>
      </w:r>
    </w:p>
    <w:p w14:paraId="59E33391" w14:textId="77777777" w:rsidR="00F37152" w:rsidRDefault="007916E2">
      <w:pPr>
        <w:spacing w:after="60"/>
        <w:ind w:left="454" w:hanging="454"/>
      </w:pPr>
      <w:r>
        <w:rPr>
          <w:b/>
          <w:color w:val="E7A80F"/>
          <w:sz w:val="19"/>
        </w:rPr>
        <w:t xml:space="preserve">•  </w:t>
      </w:r>
      <w:r>
        <w:rPr>
          <w:sz w:val="19"/>
        </w:rPr>
        <w:t xml:space="preserve">Opłacie nie podlega pełnomocnictwo, które nie jest składane w organie administracji publicznej, na przykład przekazane wyłącznie </w:t>
      </w:r>
      <w:r>
        <w:rPr>
          <w:sz w:val="19"/>
        </w:rPr>
        <w:t>rzeczoznawcy do spraw zabezpieczeń przeciwpożarowych w ramach umowy cywilnoprawnej.</w:t>
      </w:r>
    </w:p>
    <w:p w14:paraId="7C3E1524" w14:textId="77777777" w:rsidR="00F37152" w:rsidRDefault="007916E2">
      <w:pPr>
        <w:spacing w:after="60"/>
        <w:ind w:left="454" w:hanging="454"/>
      </w:pPr>
      <w:r>
        <w:rPr>
          <w:b/>
          <w:color w:val="E7A80F"/>
          <w:sz w:val="19"/>
        </w:rPr>
        <w:t xml:space="preserve">•  </w:t>
      </w:r>
      <w:r>
        <w:rPr>
          <w:sz w:val="19"/>
        </w:rPr>
        <w:t>Opłatę wnosi się z chwilą złożenia dokumentu w organie.</w:t>
      </w:r>
    </w:p>
    <w:p w14:paraId="74BE139D" w14:textId="77777777" w:rsidR="00F37152" w:rsidRDefault="007916E2">
      <w:pPr>
        <w:keepNext/>
        <w:pBdr>
          <w:bottom w:val="single" w:sz="12" w:space="2" w:color="E7A80F"/>
        </w:pBdr>
        <w:spacing w:before="220" w:after="100" w:line="240" w:lineRule="auto"/>
      </w:pPr>
      <w:r>
        <w:rPr>
          <w:b/>
          <w:caps/>
        </w:rPr>
        <w:t>5. Podpisy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F37152" w14:paraId="31D828C3" w14:textId="77777777">
        <w:trPr>
          <w:cantSplit/>
        </w:trPr>
        <w:tc>
          <w:tcPr>
            <w:tcW w:w="4819" w:type="dxa"/>
          </w:tcPr>
          <w:p w14:paraId="3B0372E2" w14:textId="77777777" w:rsidR="00F37152" w:rsidRDefault="007916E2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  <w:p w14:paraId="0E5B23E4" w14:textId="77777777" w:rsidR="00F37152" w:rsidRDefault="007916E2">
            <w:pPr>
              <w:keepNext/>
              <w:pBdr>
                <w:bottom w:val="single" w:sz="4" w:space="2" w:color="8C8C8C"/>
              </w:pBdr>
              <w:spacing w:before="520" w:after="0" w:line="240" w:lineRule="auto"/>
              <w:jc w:val="center"/>
            </w:pPr>
            <w:r>
              <w:t xml:space="preserve"> </w:t>
            </w:r>
          </w:p>
          <w:p w14:paraId="597CA8DC" w14:textId="77777777" w:rsidR="00F37152" w:rsidRDefault="007916E2">
            <w:pPr>
              <w:spacing w:after="40" w:line="240" w:lineRule="auto"/>
              <w:jc w:val="center"/>
            </w:pPr>
            <w:r>
              <w:rPr>
                <w:i/>
                <w:color w:val="8C8C8C"/>
                <w:sz w:val="16"/>
              </w:rPr>
              <w:t>podpis mocodawcy (inwestora)</w:t>
            </w:r>
          </w:p>
        </w:tc>
        <w:tc>
          <w:tcPr>
            <w:tcW w:w="4819" w:type="dxa"/>
          </w:tcPr>
          <w:p w14:paraId="1E66E142" w14:textId="77777777" w:rsidR="00F37152" w:rsidRDefault="007916E2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  <w:p w14:paraId="6BDC5294" w14:textId="77777777" w:rsidR="00F37152" w:rsidRDefault="007916E2">
            <w:pPr>
              <w:keepNext/>
              <w:pBdr>
                <w:bottom w:val="single" w:sz="4" w:space="2" w:color="8C8C8C"/>
              </w:pBdr>
              <w:spacing w:before="520" w:after="0" w:line="240" w:lineRule="auto"/>
              <w:jc w:val="center"/>
            </w:pPr>
            <w:r>
              <w:t xml:space="preserve"> </w:t>
            </w:r>
          </w:p>
          <w:p w14:paraId="7E58DB0B" w14:textId="77777777" w:rsidR="00F37152" w:rsidRDefault="007916E2">
            <w:pPr>
              <w:spacing w:after="40" w:line="240" w:lineRule="auto"/>
              <w:jc w:val="center"/>
            </w:pPr>
            <w:r>
              <w:rPr>
                <w:i/>
                <w:color w:val="8C8C8C"/>
                <w:sz w:val="16"/>
              </w:rPr>
              <w:t>podpis pełnomocnika, przyjmuję pełnomocnictwo</w:t>
            </w:r>
          </w:p>
        </w:tc>
      </w:tr>
    </w:tbl>
    <w:p w14:paraId="4CA08CBE" w14:textId="77777777" w:rsidR="00F37152" w:rsidRDefault="007916E2">
      <w:pPr>
        <w:spacing w:before="240" w:after="0" w:line="240" w:lineRule="auto"/>
      </w:pPr>
      <w:r>
        <w:rPr>
          <w:i/>
          <w:color w:val="8C8C8C"/>
          <w:sz w:val="15"/>
        </w:rPr>
        <w:t xml:space="preserve">Wzór ma </w:t>
      </w:r>
      <w:r>
        <w:rPr>
          <w:i/>
          <w:color w:val="8C8C8C"/>
          <w:sz w:val="15"/>
        </w:rPr>
        <w:t>charakter pomocniczy. Stan prawny na wrzesień 2026.</w:t>
      </w:r>
    </w:p>
    <w:sectPr w:rsidR="00F37152" w:rsidSect="00034616">
      <w:headerReference w:type="default" r:id="rId8"/>
      <w:footerReference w:type="default" r:id="rId9"/>
      <w:pgSz w:w="11906" w:h="16838"/>
      <w:pgMar w:top="1134" w:right="1134" w:bottom="1134" w:left="1134" w:header="62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81E682" w14:textId="77777777" w:rsidR="007916E2" w:rsidRDefault="007916E2">
      <w:pPr>
        <w:spacing w:after="0" w:line="240" w:lineRule="auto"/>
      </w:pPr>
      <w:r>
        <w:separator/>
      </w:r>
    </w:p>
  </w:endnote>
  <w:endnote w:type="continuationSeparator" w:id="0">
    <w:p w14:paraId="4690C554" w14:textId="77777777" w:rsidR="007916E2" w:rsidRDefault="0079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4F20E" w14:textId="77777777" w:rsidR="00F37152" w:rsidRDefault="007916E2">
    <w:pPr>
      <w:pStyle w:val="Stopka"/>
      <w:pBdr>
        <w:top w:val="single" w:sz="8" w:space="2" w:color="E7A80F"/>
      </w:pBdr>
      <w:spacing w:before="80"/>
      <w:jc w:val="center"/>
    </w:pPr>
    <w:r>
      <w:rPr>
        <w:color w:val="595959"/>
        <w:sz w:val="15"/>
      </w:rPr>
      <w:t xml:space="preserve">Wzór udostępnia Damian Kubera, rzeczoznawca ds. zabezpieczeń przeciwpożarowych nr 619/2015, </w:t>
    </w:r>
    <w:r>
      <w:rPr>
        <w:color w:val="595959"/>
        <w:sz w:val="15"/>
      </w:rPr>
      <w:t>ppoz-online.pl, biuro@ppoz-online.pl, tel. 22 740 32 32</w:t>
    </w:r>
  </w:p>
  <w:p w14:paraId="6126FC65" w14:textId="77777777" w:rsidR="00F37152" w:rsidRDefault="007916E2">
    <w:pPr>
      <w:spacing w:before="20" w:after="0" w:line="240" w:lineRule="auto"/>
      <w:jc w:val="center"/>
    </w:pPr>
    <w:r>
      <w:rPr>
        <w:color w:val="8C8C8C"/>
        <w:sz w:val="15"/>
      </w:rPr>
      <w:t xml:space="preserve">Strona </w:t>
    </w:r>
    <w:r>
      <w:rPr>
        <w:color w:val="8C8C8C"/>
        <w:sz w:val="15"/>
      </w:rPr>
      <w:fldChar w:fldCharType="begin"/>
    </w:r>
    <w:r>
      <w:rPr>
        <w:color w:val="8C8C8C"/>
        <w:sz w:val="15"/>
      </w:rPr>
      <w:instrText xml:space="preserve"> PAGE </w:instrText>
    </w:r>
    <w:r>
      <w:rPr>
        <w:color w:val="8C8C8C"/>
        <w:sz w:val="15"/>
      </w:rPr>
      <w:fldChar w:fldCharType="separate"/>
    </w:r>
    <w:r>
      <w:rPr>
        <w:noProof/>
        <w:color w:val="8C8C8C"/>
        <w:sz w:val="15"/>
      </w:rPr>
      <w:t>1</w:t>
    </w:r>
    <w:r>
      <w:rPr>
        <w:color w:val="8C8C8C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C985D4" w14:textId="77777777" w:rsidR="007916E2" w:rsidRDefault="007916E2">
      <w:pPr>
        <w:spacing w:after="0" w:line="240" w:lineRule="auto"/>
      </w:pPr>
      <w:r>
        <w:separator/>
      </w:r>
    </w:p>
  </w:footnote>
  <w:footnote w:type="continuationSeparator" w:id="0">
    <w:p w14:paraId="79921E1E" w14:textId="77777777" w:rsidR="007916E2" w:rsidRDefault="00791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0" w:type="dxa"/>
        <w:bottom w:w="60" w:type="dxa"/>
        <w:right w:w="0" w:type="dxa"/>
      </w:tblCellMar>
      <w:tblLook w:val="04A0" w:firstRow="1" w:lastRow="0" w:firstColumn="1" w:lastColumn="0" w:noHBand="0" w:noVBand="1"/>
    </w:tblPr>
    <w:tblGrid>
      <w:gridCol w:w="5953"/>
      <w:gridCol w:w="3685"/>
    </w:tblGrid>
    <w:tr w:rsidR="00F37152" w14:paraId="3CD00497" w14:textId="77777777">
      <w:tc>
        <w:tcPr>
          <w:tcW w:w="5953" w:type="dxa"/>
        </w:tcPr>
        <w:p w14:paraId="7EA38B43" w14:textId="77777777" w:rsidR="00F37152" w:rsidRDefault="007916E2">
          <w:pPr>
            <w:spacing w:after="40" w:line="240" w:lineRule="auto"/>
          </w:pPr>
          <w:r>
            <w:rPr>
              <w:b/>
              <w:color w:val="E7A80F"/>
            </w:rPr>
            <w:t>ppoz-online.pl</w:t>
          </w:r>
          <w:r>
            <w:rPr>
              <w:color w:val="595959"/>
              <w:sz w:val="20"/>
            </w:rPr>
            <w:t xml:space="preserve">  |  Uzgodnienia przeciwpożarowe online</w:t>
          </w:r>
        </w:p>
      </w:tc>
      <w:tc>
        <w:tcPr>
          <w:tcW w:w="3685" w:type="dxa"/>
        </w:tcPr>
        <w:p w14:paraId="63227ADB" w14:textId="77777777" w:rsidR="00F37152" w:rsidRDefault="007916E2">
          <w:pPr>
            <w:spacing w:after="40" w:line="240" w:lineRule="auto"/>
            <w:jc w:val="right"/>
          </w:pPr>
          <w:r>
            <w:rPr>
              <w:color w:val="8C8C8C"/>
              <w:sz w:val="18"/>
            </w:rPr>
            <w:t>Wzór pełnomocnictwa</w:t>
          </w:r>
        </w:p>
      </w:tc>
    </w:tr>
  </w:tbl>
  <w:p w14:paraId="134CF750" w14:textId="77777777" w:rsidR="00F37152" w:rsidRDefault="00F37152">
    <w:pPr>
      <w:pBdr>
        <w:top w:val="single" w:sz="12" w:space="2" w:color="E7A80F"/>
      </w:pBd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9531521">
    <w:abstractNumId w:val="8"/>
  </w:num>
  <w:num w:numId="2" w16cid:durableId="242565592">
    <w:abstractNumId w:val="6"/>
  </w:num>
  <w:num w:numId="3" w16cid:durableId="2125806912">
    <w:abstractNumId w:val="5"/>
  </w:num>
  <w:num w:numId="4" w16cid:durableId="733160711">
    <w:abstractNumId w:val="4"/>
  </w:num>
  <w:num w:numId="5" w16cid:durableId="1201170310">
    <w:abstractNumId w:val="7"/>
  </w:num>
  <w:num w:numId="6" w16cid:durableId="1950121679">
    <w:abstractNumId w:val="3"/>
  </w:num>
  <w:num w:numId="7" w16cid:durableId="1164128922">
    <w:abstractNumId w:val="2"/>
  </w:num>
  <w:num w:numId="8" w16cid:durableId="327439856">
    <w:abstractNumId w:val="1"/>
  </w:num>
  <w:num w:numId="9" w16cid:durableId="531769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916E2"/>
    <w:rsid w:val="00AA1D8D"/>
    <w:rsid w:val="00B47730"/>
    <w:rsid w:val="00CB0664"/>
    <w:rsid w:val="00F371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35E2A"/>
  <w14:defaultImageDpi w14:val="300"/>
  <w15:docId w15:val="{81F761D1-3A4B-4588-AFAE-562C7C58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Calibri" w:eastAsia="Calibri" w:hAnsi="Calibri" w:cs="Calibri"/>
      <w:color w:val="1F1F1F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2541</Characters>
  <Application>Microsoft Office Word</Application>
  <DocSecurity>0</DocSecurity>
  <Lines>69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F&amp;K Rzeczoznawcy</Company>
  <LinksUpToDate>false</LinksUpToDate>
  <CharactersWithSpaces>2884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do uzgodnienia projektu ppoż i zawiadomienia PSP</dc:title>
  <dc:subject>Wzór pełnomocnictwa dla instalatora lub projektanta instalacji PV</dc:subject>
  <dc:creator>Damian Kubera</dc:creator>
  <cp:keywords>pełnomocnictwo, fotowoltaika, PSP, uzgodnienie ppoż</cp:keywords>
  <dc:description>Wzór udostępniany bezpłatnie przez serwis ppoz-online.pl. Dokument ma charakter pomocniczy.</dc:description>
  <cp:lastModifiedBy>Damian Kubera</cp:lastModifiedBy>
  <cp:revision>2</cp:revision>
  <dcterms:created xsi:type="dcterms:W3CDTF">2026-09-19T14:28:00Z</dcterms:created>
  <dcterms:modified xsi:type="dcterms:W3CDTF">2026-09-19T14:28:00Z</dcterms:modified>
  <cp:category>Wzory dokumentów</cp:category>
</cp:coreProperties>
</file>